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129D8" w14:textId="109B4C4E" w:rsidR="00C35051" w:rsidRPr="00727679" w:rsidRDefault="00C35051" w:rsidP="00C35051">
      <w:pPr>
        <w:pStyle w:val="Nincstrkz"/>
        <w:jc w:val="center"/>
        <w:rPr>
          <w:rFonts w:ascii="Times New Roman" w:hAnsi="Times New Roman" w:cs="Times New Roman"/>
          <w:b/>
          <w:bCs/>
          <w:sz w:val="24"/>
          <w:szCs w:val="24"/>
        </w:rPr>
      </w:pPr>
      <w:r w:rsidRPr="00727679">
        <w:rPr>
          <w:rFonts w:ascii="Times New Roman" w:hAnsi="Times New Roman" w:cs="Times New Roman"/>
          <w:b/>
          <w:bCs/>
          <w:sz w:val="24"/>
          <w:szCs w:val="24"/>
        </w:rPr>
        <w:t>BELÉPÉSI NYILATKOZAT</w:t>
      </w:r>
    </w:p>
    <w:p w14:paraId="722738AE" w14:textId="67F9BCB4" w:rsidR="00C35051" w:rsidRDefault="00C35051" w:rsidP="00727679">
      <w:pPr>
        <w:pStyle w:val="Nincstrkz"/>
        <w:jc w:val="center"/>
        <w:rPr>
          <w:sz w:val="14"/>
          <w:szCs w:val="14"/>
        </w:rPr>
      </w:pPr>
      <w:r w:rsidRPr="00727679">
        <w:rPr>
          <w:sz w:val="14"/>
          <w:szCs w:val="14"/>
        </w:rPr>
        <w:t xml:space="preserve">(18 ÉV </w:t>
      </w:r>
      <w:r w:rsidR="004329A7" w:rsidRPr="00727679">
        <w:rPr>
          <w:sz w:val="14"/>
          <w:szCs w:val="14"/>
        </w:rPr>
        <w:t>ALATTI</w:t>
      </w:r>
      <w:r w:rsidRPr="00727679">
        <w:rPr>
          <w:sz w:val="14"/>
          <w:szCs w:val="14"/>
        </w:rPr>
        <w:t xml:space="preserve"> SPORTOLÓ</w:t>
      </w:r>
      <w:r w:rsidR="007119CE" w:rsidRPr="00727679">
        <w:rPr>
          <w:sz w:val="14"/>
          <w:szCs w:val="14"/>
        </w:rPr>
        <w:t xml:space="preserve"> RÉSZÉRE</w:t>
      </w:r>
      <w:r w:rsidRPr="00727679">
        <w:rPr>
          <w:sz w:val="14"/>
          <w:szCs w:val="14"/>
        </w:rPr>
        <w:t>)</w:t>
      </w:r>
    </w:p>
    <w:p w14:paraId="2B328FEA" w14:textId="77777777" w:rsidR="00727679" w:rsidRPr="00727679" w:rsidRDefault="00727679" w:rsidP="00727679">
      <w:pPr>
        <w:pStyle w:val="Nincstrkz"/>
        <w:jc w:val="center"/>
        <w:rPr>
          <w:sz w:val="14"/>
          <w:szCs w:val="14"/>
        </w:rPr>
      </w:pPr>
    </w:p>
    <w:p w14:paraId="4DCB1F7C" w14:textId="61EB195E" w:rsidR="00D97C53" w:rsidRPr="00727679" w:rsidRDefault="00C35051" w:rsidP="007119CE">
      <w:pPr>
        <w:pStyle w:val="Listaszerbekezds"/>
        <w:numPr>
          <w:ilvl w:val="0"/>
          <w:numId w:val="11"/>
        </w:numPr>
        <w:spacing w:before="20" w:after="20"/>
        <w:rPr>
          <w:b/>
          <w:sz w:val="22"/>
        </w:rPr>
      </w:pPr>
      <w:r w:rsidRPr="00727679">
        <w:rPr>
          <w:b/>
          <w:sz w:val="22"/>
        </w:rPr>
        <w:t>KÖTELEZŐEN MEGADANDÓ ADATOK</w:t>
      </w:r>
    </w:p>
    <w:p w14:paraId="6B8B8145" w14:textId="1B247610" w:rsidR="007119CE" w:rsidRPr="00727679" w:rsidRDefault="007119CE" w:rsidP="007119CE">
      <w:pPr>
        <w:pStyle w:val="Listaszerbekezds"/>
        <w:spacing w:before="20" w:after="20"/>
        <w:ind w:left="1080"/>
        <w:rPr>
          <w:b/>
          <w:bCs/>
          <w:sz w:val="22"/>
        </w:rPr>
      </w:pPr>
      <w:r w:rsidRPr="00727679">
        <w:rPr>
          <w:b/>
          <w:bCs/>
          <w:sz w:val="22"/>
        </w:rPr>
        <w:t>A SPORTOLÓ:</w:t>
      </w:r>
    </w:p>
    <w:tbl>
      <w:tblPr>
        <w:tblStyle w:val="Rcsostblzat"/>
        <w:tblW w:w="0" w:type="auto"/>
        <w:tblLook w:val="04A0" w:firstRow="1" w:lastRow="0" w:firstColumn="1" w:lastColumn="0" w:noHBand="0" w:noVBand="1"/>
      </w:tblPr>
      <w:tblGrid>
        <w:gridCol w:w="2896"/>
        <w:gridCol w:w="6164"/>
      </w:tblGrid>
      <w:tr w:rsidR="00D97C53" w:rsidRPr="00727679" w14:paraId="329DA8A2" w14:textId="77777777" w:rsidTr="00420D09">
        <w:trPr>
          <w:trHeight w:val="373"/>
        </w:trPr>
        <w:tc>
          <w:tcPr>
            <w:tcW w:w="2896" w:type="dxa"/>
          </w:tcPr>
          <w:p w14:paraId="0483C825" w14:textId="71CBA2AB" w:rsidR="00D97C53" w:rsidRPr="00727679" w:rsidRDefault="007119CE" w:rsidP="007119CE">
            <w:pPr>
              <w:spacing w:before="120"/>
              <w:rPr>
                <w:b/>
                <w:bCs/>
                <w:sz w:val="20"/>
                <w:szCs w:val="20"/>
              </w:rPr>
            </w:pPr>
            <w:r w:rsidRPr="00727679">
              <w:rPr>
                <w:b/>
                <w:bCs/>
                <w:sz w:val="20"/>
                <w:szCs w:val="20"/>
              </w:rPr>
              <w:t>T</w:t>
            </w:r>
            <w:r w:rsidR="00C35051" w:rsidRPr="00727679">
              <w:rPr>
                <w:b/>
                <w:bCs/>
                <w:sz w:val="20"/>
                <w:szCs w:val="20"/>
              </w:rPr>
              <w:t>eljes neve</w:t>
            </w:r>
          </w:p>
        </w:tc>
        <w:tc>
          <w:tcPr>
            <w:tcW w:w="6164" w:type="dxa"/>
          </w:tcPr>
          <w:p w14:paraId="4EA1DCBA" w14:textId="77777777" w:rsidR="00D97C53" w:rsidRPr="00727679" w:rsidRDefault="00C35051" w:rsidP="00C35051">
            <w:pPr>
              <w:jc w:val="both"/>
              <w:rPr>
                <w:sz w:val="20"/>
                <w:szCs w:val="20"/>
              </w:rPr>
            </w:pPr>
            <w:r w:rsidRPr="00727679">
              <w:rPr>
                <w:sz w:val="20"/>
                <w:szCs w:val="20"/>
              </w:rPr>
              <w:t xml:space="preserve">                                                                                                              </w:t>
            </w:r>
          </w:p>
        </w:tc>
      </w:tr>
      <w:tr w:rsidR="00D97C53" w:rsidRPr="00727679" w14:paraId="69ED3008" w14:textId="77777777" w:rsidTr="00420D09">
        <w:trPr>
          <w:trHeight w:val="373"/>
        </w:trPr>
        <w:tc>
          <w:tcPr>
            <w:tcW w:w="2896" w:type="dxa"/>
          </w:tcPr>
          <w:p w14:paraId="3739C55D" w14:textId="339BFCF7" w:rsidR="00D97C53" w:rsidRPr="00727679" w:rsidRDefault="00C35051" w:rsidP="007119CE">
            <w:pPr>
              <w:spacing w:before="120"/>
              <w:rPr>
                <w:b/>
                <w:bCs/>
                <w:sz w:val="20"/>
                <w:szCs w:val="20"/>
              </w:rPr>
            </w:pPr>
            <w:r w:rsidRPr="00727679">
              <w:rPr>
                <w:b/>
                <w:bCs/>
                <w:sz w:val="20"/>
                <w:szCs w:val="20"/>
              </w:rPr>
              <w:t>Születési helye, ideje</w:t>
            </w:r>
          </w:p>
        </w:tc>
        <w:tc>
          <w:tcPr>
            <w:tcW w:w="6164" w:type="dxa"/>
          </w:tcPr>
          <w:p w14:paraId="3E55500F" w14:textId="77777777" w:rsidR="00D97C53" w:rsidRPr="00727679" w:rsidRDefault="00C35051" w:rsidP="00C35051">
            <w:pPr>
              <w:jc w:val="both"/>
              <w:rPr>
                <w:sz w:val="20"/>
                <w:szCs w:val="20"/>
              </w:rPr>
            </w:pPr>
            <w:r w:rsidRPr="00727679">
              <w:rPr>
                <w:sz w:val="20"/>
                <w:szCs w:val="20"/>
              </w:rPr>
              <w:t xml:space="preserve">                                                                                                              </w:t>
            </w:r>
          </w:p>
        </w:tc>
      </w:tr>
      <w:tr w:rsidR="00C27A6A" w:rsidRPr="00727679" w14:paraId="1CD5ADB1" w14:textId="77777777" w:rsidTr="00420D09">
        <w:trPr>
          <w:trHeight w:val="373"/>
        </w:trPr>
        <w:tc>
          <w:tcPr>
            <w:tcW w:w="2896" w:type="dxa"/>
          </w:tcPr>
          <w:p w14:paraId="2CD96162" w14:textId="31518C04" w:rsidR="00C27A6A" w:rsidRPr="00727679" w:rsidRDefault="00C27A6A" w:rsidP="007119CE">
            <w:pPr>
              <w:spacing w:before="120"/>
              <w:rPr>
                <w:b/>
                <w:bCs/>
                <w:sz w:val="20"/>
                <w:szCs w:val="20"/>
              </w:rPr>
            </w:pPr>
            <w:r>
              <w:rPr>
                <w:b/>
                <w:bCs/>
                <w:sz w:val="20"/>
                <w:szCs w:val="20"/>
              </w:rPr>
              <w:t xml:space="preserve">Anyja </w:t>
            </w:r>
            <w:r w:rsidR="00A60733">
              <w:rPr>
                <w:b/>
                <w:bCs/>
                <w:sz w:val="20"/>
                <w:szCs w:val="20"/>
              </w:rPr>
              <w:t xml:space="preserve">születési </w:t>
            </w:r>
            <w:r>
              <w:rPr>
                <w:b/>
                <w:bCs/>
                <w:sz w:val="20"/>
                <w:szCs w:val="20"/>
              </w:rPr>
              <w:t xml:space="preserve">neve </w:t>
            </w:r>
          </w:p>
        </w:tc>
        <w:tc>
          <w:tcPr>
            <w:tcW w:w="6164" w:type="dxa"/>
          </w:tcPr>
          <w:p w14:paraId="2A79C70B" w14:textId="77777777" w:rsidR="00C27A6A" w:rsidRPr="00727679" w:rsidRDefault="00C27A6A" w:rsidP="00C35051">
            <w:pPr>
              <w:jc w:val="both"/>
              <w:rPr>
                <w:sz w:val="20"/>
                <w:szCs w:val="20"/>
              </w:rPr>
            </w:pPr>
          </w:p>
        </w:tc>
      </w:tr>
      <w:tr w:rsidR="00295629" w:rsidRPr="00727679" w14:paraId="2A47CC23" w14:textId="77777777" w:rsidTr="00420D09">
        <w:trPr>
          <w:trHeight w:val="373"/>
        </w:trPr>
        <w:tc>
          <w:tcPr>
            <w:tcW w:w="2896" w:type="dxa"/>
          </w:tcPr>
          <w:p w14:paraId="4E6E46B7" w14:textId="468FA20B" w:rsidR="00295629" w:rsidRDefault="00295629" w:rsidP="007119CE">
            <w:pPr>
              <w:spacing w:before="120"/>
              <w:rPr>
                <w:b/>
                <w:bCs/>
                <w:sz w:val="20"/>
                <w:szCs w:val="20"/>
              </w:rPr>
            </w:pPr>
            <w:r>
              <w:rPr>
                <w:b/>
                <w:bCs/>
                <w:sz w:val="20"/>
                <w:szCs w:val="20"/>
              </w:rPr>
              <w:t>TAJ szám</w:t>
            </w:r>
          </w:p>
        </w:tc>
        <w:tc>
          <w:tcPr>
            <w:tcW w:w="6164" w:type="dxa"/>
          </w:tcPr>
          <w:p w14:paraId="779BACF9" w14:textId="77777777" w:rsidR="00295629" w:rsidRPr="00727679" w:rsidRDefault="00295629" w:rsidP="00C35051">
            <w:pPr>
              <w:jc w:val="both"/>
              <w:rPr>
                <w:sz w:val="20"/>
                <w:szCs w:val="20"/>
              </w:rPr>
            </w:pPr>
          </w:p>
        </w:tc>
      </w:tr>
      <w:tr w:rsidR="00295629" w:rsidRPr="00727679" w14:paraId="0A308428" w14:textId="77777777" w:rsidTr="00420D09">
        <w:trPr>
          <w:trHeight w:val="373"/>
        </w:trPr>
        <w:tc>
          <w:tcPr>
            <w:tcW w:w="2896" w:type="dxa"/>
          </w:tcPr>
          <w:p w14:paraId="725BD883" w14:textId="64117C3A" w:rsidR="00295629" w:rsidRDefault="00295629" w:rsidP="007119CE">
            <w:pPr>
              <w:spacing w:before="120"/>
              <w:rPr>
                <w:b/>
                <w:bCs/>
                <w:sz w:val="20"/>
                <w:szCs w:val="20"/>
              </w:rPr>
            </w:pPr>
            <w:r>
              <w:rPr>
                <w:b/>
                <w:bCs/>
                <w:sz w:val="20"/>
                <w:szCs w:val="20"/>
              </w:rPr>
              <w:t>Neme</w:t>
            </w:r>
          </w:p>
        </w:tc>
        <w:tc>
          <w:tcPr>
            <w:tcW w:w="6164" w:type="dxa"/>
          </w:tcPr>
          <w:p w14:paraId="488DFD05" w14:textId="77777777" w:rsidR="00295629" w:rsidRPr="00727679" w:rsidRDefault="00295629" w:rsidP="00C35051">
            <w:pPr>
              <w:jc w:val="both"/>
              <w:rPr>
                <w:sz w:val="20"/>
                <w:szCs w:val="20"/>
              </w:rPr>
            </w:pPr>
          </w:p>
        </w:tc>
      </w:tr>
      <w:tr w:rsidR="00C35051" w:rsidRPr="00727679" w14:paraId="58E30C4B" w14:textId="77777777" w:rsidTr="00420D09">
        <w:trPr>
          <w:trHeight w:val="373"/>
        </w:trPr>
        <w:tc>
          <w:tcPr>
            <w:tcW w:w="2896" w:type="dxa"/>
          </w:tcPr>
          <w:p w14:paraId="4B5881EA" w14:textId="02446381" w:rsidR="00C35051" w:rsidRPr="00727679" w:rsidRDefault="00C35051" w:rsidP="007119CE">
            <w:pPr>
              <w:spacing w:before="120"/>
              <w:rPr>
                <w:b/>
                <w:bCs/>
                <w:sz w:val="20"/>
                <w:szCs w:val="20"/>
              </w:rPr>
            </w:pPr>
            <w:r w:rsidRPr="00727679">
              <w:rPr>
                <w:b/>
                <w:bCs/>
                <w:sz w:val="20"/>
                <w:szCs w:val="20"/>
              </w:rPr>
              <w:t>Lakcíme</w:t>
            </w:r>
          </w:p>
        </w:tc>
        <w:tc>
          <w:tcPr>
            <w:tcW w:w="6164" w:type="dxa"/>
          </w:tcPr>
          <w:p w14:paraId="1D7CD423" w14:textId="77777777" w:rsidR="00C35051" w:rsidRPr="00727679" w:rsidRDefault="00C35051" w:rsidP="00C35051">
            <w:pPr>
              <w:jc w:val="both"/>
              <w:rPr>
                <w:sz w:val="20"/>
                <w:szCs w:val="20"/>
              </w:rPr>
            </w:pPr>
            <w:r w:rsidRPr="00727679">
              <w:rPr>
                <w:sz w:val="20"/>
                <w:szCs w:val="20"/>
              </w:rPr>
              <w:t xml:space="preserve">                                                                                                              </w:t>
            </w:r>
          </w:p>
        </w:tc>
      </w:tr>
      <w:tr w:rsidR="00C35051" w:rsidRPr="00727679" w14:paraId="6645BE5F" w14:textId="77777777" w:rsidTr="00420D09">
        <w:trPr>
          <w:trHeight w:val="373"/>
        </w:trPr>
        <w:tc>
          <w:tcPr>
            <w:tcW w:w="2896" w:type="dxa"/>
          </w:tcPr>
          <w:p w14:paraId="195B8153" w14:textId="14AA0230" w:rsidR="00C35051" w:rsidRPr="00727679" w:rsidRDefault="00C35051" w:rsidP="007119CE">
            <w:pPr>
              <w:spacing w:before="120"/>
              <w:rPr>
                <w:b/>
                <w:bCs/>
                <w:sz w:val="20"/>
                <w:szCs w:val="20"/>
              </w:rPr>
            </w:pPr>
            <w:r w:rsidRPr="00727679">
              <w:rPr>
                <w:b/>
                <w:bCs/>
                <w:sz w:val="20"/>
                <w:szCs w:val="20"/>
              </w:rPr>
              <w:t>Telefonszáma</w:t>
            </w:r>
          </w:p>
        </w:tc>
        <w:tc>
          <w:tcPr>
            <w:tcW w:w="6164" w:type="dxa"/>
          </w:tcPr>
          <w:p w14:paraId="667D0C17" w14:textId="5245B296" w:rsidR="00C35051" w:rsidRPr="00727679" w:rsidRDefault="00C35051" w:rsidP="00C35051">
            <w:pPr>
              <w:jc w:val="both"/>
              <w:rPr>
                <w:sz w:val="20"/>
                <w:szCs w:val="20"/>
              </w:rPr>
            </w:pPr>
          </w:p>
        </w:tc>
      </w:tr>
      <w:tr w:rsidR="00C35051" w:rsidRPr="00727679" w14:paraId="0A635099" w14:textId="77777777" w:rsidTr="00420D09">
        <w:trPr>
          <w:trHeight w:val="373"/>
        </w:trPr>
        <w:tc>
          <w:tcPr>
            <w:tcW w:w="2896" w:type="dxa"/>
          </w:tcPr>
          <w:p w14:paraId="1CA5318F" w14:textId="232CC838" w:rsidR="00C35051" w:rsidRPr="00727679" w:rsidRDefault="00A60733" w:rsidP="00A60733">
            <w:pPr>
              <w:spacing w:before="120"/>
              <w:rPr>
                <w:b/>
                <w:bCs/>
                <w:sz w:val="20"/>
                <w:szCs w:val="20"/>
              </w:rPr>
            </w:pPr>
            <w:r>
              <w:rPr>
                <w:b/>
                <w:bCs/>
                <w:sz w:val="20"/>
                <w:szCs w:val="20"/>
              </w:rPr>
              <w:t xml:space="preserve">Sportoló email </w:t>
            </w:r>
            <w:r w:rsidR="00C35051" w:rsidRPr="00727679">
              <w:rPr>
                <w:b/>
                <w:bCs/>
                <w:sz w:val="20"/>
                <w:szCs w:val="20"/>
              </w:rPr>
              <w:t>címe</w:t>
            </w:r>
          </w:p>
        </w:tc>
        <w:tc>
          <w:tcPr>
            <w:tcW w:w="6164" w:type="dxa"/>
          </w:tcPr>
          <w:p w14:paraId="086AF5C6" w14:textId="77777777" w:rsidR="00C35051" w:rsidRPr="00727679" w:rsidRDefault="00C35051" w:rsidP="00C35051">
            <w:pPr>
              <w:jc w:val="both"/>
              <w:rPr>
                <w:sz w:val="20"/>
                <w:szCs w:val="20"/>
              </w:rPr>
            </w:pPr>
            <w:r w:rsidRPr="00727679">
              <w:rPr>
                <w:sz w:val="20"/>
                <w:szCs w:val="20"/>
              </w:rPr>
              <w:t xml:space="preserve">                                                                                                              </w:t>
            </w:r>
          </w:p>
        </w:tc>
      </w:tr>
      <w:tr w:rsidR="004329A7" w:rsidRPr="00727679" w14:paraId="63F8042E" w14:textId="77777777" w:rsidTr="00420D09">
        <w:trPr>
          <w:trHeight w:val="373"/>
        </w:trPr>
        <w:tc>
          <w:tcPr>
            <w:tcW w:w="2896" w:type="dxa"/>
          </w:tcPr>
          <w:p w14:paraId="61E29658" w14:textId="58AA8B85" w:rsidR="004329A7" w:rsidRPr="00727679" w:rsidRDefault="004329A7" w:rsidP="007119CE">
            <w:pPr>
              <w:spacing w:before="120"/>
              <w:rPr>
                <w:b/>
                <w:bCs/>
                <w:sz w:val="20"/>
                <w:szCs w:val="20"/>
              </w:rPr>
            </w:pPr>
            <w:r w:rsidRPr="00727679">
              <w:rPr>
                <w:b/>
                <w:bCs/>
                <w:sz w:val="20"/>
                <w:szCs w:val="20"/>
              </w:rPr>
              <w:t>Iskolája</w:t>
            </w:r>
          </w:p>
        </w:tc>
        <w:tc>
          <w:tcPr>
            <w:tcW w:w="6164" w:type="dxa"/>
          </w:tcPr>
          <w:p w14:paraId="4CAEAB8C" w14:textId="77777777" w:rsidR="004329A7" w:rsidRPr="00727679" w:rsidRDefault="004329A7" w:rsidP="00C35051">
            <w:pPr>
              <w:jc w:val="both"/>
              <w:rPr>
                <w:sz w:val="20"/>
                <w:szCs w:val="20"/>
              </w:rPr>
            </w:pPr>
          </w:p>
        </w:tc>
      </w:tr>
      <w:tr w:rsidR="00C35051" w:rsidRPr="00727679" w14:paraId="600FFBB3" w14:textId="77777777" w:rsidTr="00420D09">
        <w:trPr>
          <w:trHeight w:val="373"/>
        </w:trPr>
        <w:tc>
          <w:tcPr>
            <w:tcW w:w="2896" w:type="dxa"/>
          </w:tcPr>
          <w:p w14:paraId="21AE58D3" w14:textId="77777777" w:rsidR="00C35051" w:rsidRPr="00727679" w:rsidRDefault="00C35051" w:rsidP="007119CE">
            <w:pPr>
              <w:spacing w:before="120"/>
              <w:rPr>
                <w:b/>
                <w:bCs/>
                <w:sz w:val="20"/>
                <w:szCs w:val="20"/>
              </w:rPr>
            </w:pPr>
            <w:r w:rsidRPr="00727679">
              <w:rPr>
                <w:b/>
                <w:bCs/>
                <w:sz w:val="20"/>
                <w:szCs w:val="20"/>
              </w:rPr>
              <w:t>Sportág</w:t>
            </w:r>
          </w:p>
        </w:tc>
        <w:tc>
          <w:tcPr>
            <w:tcW w:w="6164" w:type="dxa"/>
          </w:tcPr>
          <w:p w14:paraId="38924FE6" w14:textId="3CBEFE1C" w:rsidR="00C35051" w:rsidRPr="00727679" w:rsidRDefault="00C35051" w:rsidP="00C35051">
            <w:pPr>
              <w:jc w:val="both"/>
              <w:rPr>
                <w:sz w:val="20"/>
                <w:szCs w:val="20"/>
              </w:rPr>
            </w:pPr>
          </w:p>
        </w:tc>
      </w:tr>
      <w:tr w:rsidR="00C35051" w:rsidRPr="00727679" w14:paraId="1696E20E" w14:textId="77777777" w:rsidTr="00420D09">
        <w:trPr>
          <w:trHeight w:val="373"/>
        </w:trPr>
        <w:tc>
          <w:tcPr>
            <w:tcW w:w="2896" w:type="dxa"/>
          </w:tcPr>
          <w:p w14:paraId="6037F75D" w14:textId="77777777" w:rsidR="00C35051" w:rsidRPr="00727679" w:rsidRDefault="00C35051" w:rsidP="007119CE">
            <w:pPr>
              <w:spacing w:before="120"/>
              <w:rPr>
                <w:b/>
                <w:bCs/>
                <w:sz w:val="20"/>
                <w:szCs w:val="20"/>
              </w:rPr>
            </w:pPr>
            <w:r w:rsidRPr="00727679">
              <w:rPr>
                <w:b/>
                <w:bCs/>
                <w:sz w:val="20"/>
                <w:szCs w:val="20"/>
              </w:rPr>
              <w:t>Szakosztály</w:t>
            </w:r>
          </w:p>
        </w:tc>
        <w:tc>
          <w:tcPr>
            <w:tcW w:w="6164" w:type="dxa"/>
          </w:tcPr>
          <w:p w14:paraId="5E1995DB" w14:textId="716A2919" w:rsidR="00C35051" w:rsidRPr="00727679" w:rsidRDefault="00C35051" w:rsidP="00C35051">
            <w:pPr>
              <w:jc w:val="both"/>
              <w:rPr>
                <w:sz w:val="20"/>
                <w:szCs w:val="20"/>
              </w:rPr>
            </w:pPr>
          </w:p>
        </w:tc>
      </w:tr>
    </w:tbl>
    <w:p w14:paraId="67F41104" w14:textId="77777777" w:rsidR="004329A7" w:rsidRPr="00727679" w:rsidRDefault="004329A7" w:rsidP="004329A7">
      <w:pPr>
        <w:spacing w:after="0"/>
        <w:rPr>
          <w:sz w:val="20"/>
          <w:szCs w:val="20"/>
        </w:rPr>
      </w:pPr>
    </w:p>
    <w:p w14:paraId="672295B8" w14:textId="77777777" w:rsidR="00FE6499" w:rsidRPr="00727679" w:rsidRDefault="004329A7" w:rsidP="004329A7">
      <w:pPr>
        <w:spacing w:before="20" w:after="20"/>
        <w:ind w:left="720"/>
        <w:rPr>
          <w:b/>
          <w:sz w:val="22"/>
        </w:rPr>
      </w:pPr>
      <w:r w:rsidRPr="00727679">
        <w:rPr>
          <w:b/>
          <w:sz w:val="22"/>
        </w:rPr>
        <w:t xml:space="preserve">SZÜLŐ1 </w:t>
      </w:r>
    </w:p>
    <w:p w14:paraId="193DB905" w14:textId="28CC444E" w:rsidR="004329A7" w:rsidRPr="00727679" w:rsidRDefault="004329A7" w:rsidP="00FE6499">
      <w:pPr>
        <w:spacing w:before="20" w:after="20"/>
        <w:jc w:val="center"/>
        <w:rPr>
          <w:sz w:val="20"/>
          <w:szCs w:val="20"/>
        </w:rPr>
      </w:pPr>
      <w:r w:rsidRPr="00727679">
        <w:rPr>
          <w:b/>
          <w:sz w:val="20"/>
          <w:szCs w:val="20"/>
        </w:rPr>
        <w:t>(</w:t>
      </w:r>
      <w:r w:rsidR="00FE6499" w:rsidRPr="00727679">
        <w:rPr>
          <w:b/>
          <w:sz w:val="20"/>
          <w:szCs w:val="20"/>
        </w:rPr>
        <w:t xml:space="preserve">jelen nyilatkozat aláírója, aki egyben a </w:t>
      </w:r>
      <w:r w:rsidRPr="00727679">
        <w:rPr>
          <w:b/>
          <w:sz w:val="20"/>
          <w:szCs w:val="20"/>
        </w:rPr>
        <w:t xml:space="preserve">törvényes képviselő </w:t>
      </w:r>
      <w:r w:rsidR="00FE6499" w:rsidRPr="00727679">
        <w:rPr>
          <w:b/>
          <w:sz w:val="20"/>
          <w:szCs w:val="20"/>
        </w:rPr>
        <w:t>és az</w:t>
      </w:r>
      <w:r w:rsidRPr="00727679">
        <w:rPr>
          <w:b/>
          <w:sz w:val="20"/>
          <w:szCs w:val="20"/>
        </w:rPr>
        <w:t xml:space="preserve"> elsődleges</w:t>
      </w:r>
      <w:r w:rsidR="00FE6499" w:rsidRPr="00727679">
        <w:rPr>
          <w:b/>
          <w:sz w:val="20"/>
          <w:szCs w:val="20"/>
        </w:rPr>
        <w:t xml:space="preserve"> </w:t>
      </w:r>
      <w:r w:rsidRPr="00727679">
        <w:rPr>
          <w:b/>
          <w:sz w:val="20"/>
          <w:szCs w:val="20"/>
        </w:rPr>
        <w:t>kapcsolattartó)</w:t>
      </w:r>
    </w:p>
    <w:tbl>
      <w:tblPr>
        <w:tblStyle w:val="Rcsostblzat"/>
        <w:tblW w:w="9073" w:type="dxa"/>
        <w:tblLook w:val="04A0" w:firstRow="1" w:lastRow="0" w:firstColumn="1" w:lastColumn="0" w:noHBand="0" w:noVBand="1"/>
      </w:tblPr>
      <w:tblGrid>
        <w:gridCol w:w="2834"/>
        <w:gridCol w:w="6239"/>
      </w:tblGrid>
      <w:tr w:rsidR="004329A7" w:rsidRPr="00727679" w14:paraId="5BCC580D" w14:textId="77777777" w:rsidTr="00FE6499">
        <w:trPr>
          <w:trHeight w:val="456"/>
        </w:trPr>
        <w:tc>
          <w:tcPr>
            <w:tcW w:w="2834" w:type="dxa"/>
          </w:tcPr>
          <w:p w14:paraId="6FEFC43D" w14:textId="77777777" w:rsidR="004329A7" w:rsidRPr="00727679" w:rsidRDefault="004329A7" w:rsidP="007C5773">
            <w:pPr>
              <w:spacing w:before="120"/>
              <w:ind w:right="-113"/>
              <w:rPr>
                <w:b/>
                <w:bCs/>
                <w:sz w:val="20"/>
                <w:szCs w:val="20"/>
              </w:rPr>
            </w:pPr>
            <w:r w:rsidRPr="00727679">
              <w:rPr>
                <w:b/>
                <w:bCs/>
                <w:sz w:val="20"/>
                <w:szCs w:val="20"/>
              </w:rPr>
              <w:t>Név</w:t>
            </w:r>
          </w:p>
        </w:tc>
        <w:tc>
          <w:tcPr>
            <w:tcW w:w="6239" w:type="dxa"/>
          </w:tcPr>
          <w:p w14:paraId="5C4846AE" w14:textId="77777777" w:rsidR="004329A7" w:rsidRPr="00727679" w:rsidRDefault="004329A7" w:rsidP="00DA2065">
            <w:pPr>
              <w:rPr>
                <w:sz w:val="20"/>
                <w:szCs w:val="20"/>
              </w:rPr>
            </w:pPr>
            <w:r w:rsidRPr="00727679">
              <w:rPr>
                <w:sz w:val="20"/>
                <w:szCs w:val="20"/>
              </w:rPr>
              <w:t xml:space="preserve">                                                                                                  </w:t>
            </w:r>
          </w:p>
        </w:tc>
      </w:tr>
      <w:tr w:rsidR="004329A7" w:rsidRPr="00727679" w14:paraId="6C17A2BE" w14:textId="77777777" w:rsidTr="00FE6499">
        <w:trPr>
          <w:trHeight w:val="429"/>
        </w:trPr>
        <w:tc>
          <w:tcPr>
            <w:tcW w:w="2834" w:type="dxa"/>
          </w:tcPr>
          <w:p w14:paraId="495AD891" w14:textId="77777777" w:rsidR="004329A7" w:rsidRPr="00727679" w:rsidRDefault="004329A7" w:rsidP="007C5773">
            <w:pPr>
              <w:spacing w:before="120"/>
              <w:rPr>
                <w:b/>
                <w:bCs/>
                <w:sz w:val="20"/>
                <w:szCs w:val="20"/>
              </w:rPr>
            </w:pPr>
            <w:r w:rsidRPr="00727679">
              <w:rPr>
                <w:b/>
                <w:bCs/>
                <w:sz w:val="20"/>
                <w:szCs w:val="20"/>
              </w:rPr>
              <w:t>Telefonszám</w:t>
            </w:r>
          </w:p>
        </w:tc>
        <w:tc>
          <w:tcPr>
            <w:tcW w:w="6239" w:type="dxa"/>
          </w:tcPr>
          <w:p w14:paraId="3D331774" w14:textId="556F6AF1" w:rsidR="004329A7" w:rsidRPr="00727679" w:rsidRDefault="004329A7" w:rsidP="00DA2065">
            <w:pPr>
              <w:rPr>
                <w:sz w:val="20"/>
                <w:szCs w:val="20"/>
              </w:rPr>
            </w:pPr>
          </w:p>
        </w:tc>
      </w:tr>
      <w:tr w:rsidR="004329A7" w:rsidRPr="00727679" w14:paraId="1B485636" w14:textId="77777777" w:rsidTr="00FE6499">
        <w:trPr>
          <w:trHeight w:val="456"/>
        </w:trPr>
        <w:tc>
          <w:tcPr>
            <w:tcW w:w="2834" w:type="dxa"/>
          </w:tcPr>
          <w:p w14:paraId="61CB388D" w14:textId="77777777" w:rsidR="004329A7" w:rsidRPr="00727679" w:rsidRDefault="004329A7" w:rsidP="007C5773">
            <w:pPr>
              <w:spacing w:before="120"/>
              <w:rPr>
                <w:b/>
                <w:bCs/>
                <w:sz w:val="20"/>
                <w:szCs w:val="20"/>
              </w:rPr>
            </w:pPr>
            <w:r w:rsidRPr="00727679">
              <w:rPr>
                <w:b/>
                <w:bCs/>
                <w:sz w:val="20"/>
                <w:szCs w:val="20"/>
              </w:rPr>
              <w:t>E-mail cím</w:t>
            </w:r>
          </w:p>
        </w:tc>
        <w:tc>
          <w:tcPr>
            <w:tcW w:w="6239" w:type="dxa"/>
          </w:tcPr>
          <w:p w14:paraId="4C4557DB" w14:textId="77777777" w:rsidR="004329A7" w:rsidRPr="00727679" w:rsidRDefault="004329A7" w:rsidP="00DA2065">
            <w:pPr>
              <w:rPr>
                <w:sz w:val="20"/>
                <w:szCs w:val="20"/>
              </w:rPr>
            </w:pPr>
            <w:r w:rsidRPr="00727679">
              <w:rPr>
                <w:sz w:val="20"/>
                <w:szCs w:val="20"/>
              </w:rPr>
              <w:t xml:space="preserve">                                                                                                  </w:t>
            </w:r>
          </w:p>
        </w:tc>
      </w:tr>
    </w:tbl>
    <w:p w14:paraId="41200D70" w14:textId="77777777" w:rsidR="004329A7" w:rsidRPr="00727679" w:rsidRDefault="004329A7" w:rsidP="00DC68F2">
      <w:pPr>
        <w:pStyle w:val="Nincstrkz"/>
        <w:rPr>
          <w:sz w:val="20"/>
          <w:szCs w:val="20"/>
        </w:rPr>
      </w:pPr>
    </w:p>
    <w:p w14:paraId="59644A0F" w14:textId="55E57660" w:rsidR="003E0A64" w:rsidRPr="00727679" w:rsidRDefault="003E0A64" w:rsidP="00420D09">
      <w:pPr>
        <w:pStyle w:val="Listaszerbekezds"/>
        <w:numPr>
          <w:ilvl w:val="0"/>
          <w:numId w:val="11"/>
        </w:numPr>
        <w:spacing w:before="20" w:after="20"/>
        <w:rPr>
          <w:sz w:val="22"/>
        </w:rPr>
      </w:pPr>
      <w:r w:rsidRPr="00727679">
        <w:rPr>
          <w:b/>
          <w:sz w:val="22"/>
        </w:rPr>
        <w:t>ÖNKÉNTES HOZZÁJÁRULÁSSAL MEGADOTT ADATOK</w:t>
      </w:r>
    </w:p>
    <w:p w14:paraId="423F39B6" w14:textId="6D2A992C" w:rsidR="007119CE" w:rsidRPr="00727679" w:rsidRDefault="00420D09" w:rsidP="00DC68F2">
      <w:pPr>
        <w:spacing w:before="20" w:after="20"/>
        <w:jc w:val="center"/>
        <w:rPr>
          <w:sz w:val="22"/>
        </w:rPr>
      </w:pPr>
      <w:r w:rsidRPr="00727679">
        <w:rPr>
          <w:i/>
          <w:iCs/>
          <w:sz w:val="18"/>
          <w:szCs w:val="18"/>
        </w:rPr>
        <w:t xml:space="preserve">  </w:t>
      </w:r>
      <w:r w:rsidR="00DC68F2" w:rsidRPr="00727679">
        <w:rPr>
          <w:i/>
          <w:iCs/>
          <w:sz w:val="18"/>
          <w:szCs w:val="18"/>
        </w:rPr>
        <w:t xml:space="preserve">Az alábbi adatok megadása </w:t>
      </w:r>
      <w:r w:rsidR="00DC68F2" w:rsidRPr="00727679">
        <w:rPr>
          <w:b/>
          <w:bCs/>
          <w:i/>
          <w:iCs/>
          <w:sz w:val="18"/>
          <w:szCs w:val="18"/>
          <w:u w:val="single"/>
        </w:rPr>
        <w:t>nem kötelező</w:t>
      </w:r>
      <w:r w:rsidR="00DC68F2" w:rsidRPr="00727679">
        <w:rPr>
          <w:i/>
          <w:iCs/>
          <w:sz w:val="18"/>
          <w:szCs w:val="18"/>
        </w:rPr>
        <w:t>, kitöltés esetén az adatok kezeléséhez történő hozzájárulás is megadásra kerül.</w:t>
      </w:r>
    </w:p>
    <w:p w14:paraId="60C5E0F6" w14:textId="132100CD" w:rsidR="00D97C53" w:rsidRPr="00727679" w:rsidRDefault="004329A7" w:rsidP="007119CE">
      <w:pPr>
        <w:spacing w:before="20" w:after="20"/>
        <w:ind w:left="720"/>
        <w:rPr>
          <w:sz w:val="20"/>
          <w:szCs w:val="20"/>
        </w:rPr>
      </w:pPr>
      <w:r w:rsidRPr="00727679">
        <w:rPr>
          <w:b/>
          <w:sz w:val="22"/>
        </w:rPr>
        <w:t>SZÜLŐ2 (másodlagos kapcsolattartó)</w:t>
      </w:r>
    </w:p>
    <w:tbl>
      <w:tblPr>
        <w:tblStyle w:val="Rcsostblzat"/>
        <w:tblW w:w="9079" w:type="dxa"/>
        <w:tblLook w:val="04A0" w:firstRow="1" w:lastRow="0" w:firstColumn="1" w:lastColumn="0" w:noHBand="0" w:noVBand="1"/>
      </w:tblPr>
      <w:tblGrid>
        <w:gridCol w:w="2547"/>
        <w:gridCol w:w="366"/>
        <w:gridCol w:w="6166"/>
      </w:tblGrid>
      <w:tr w:rsidR="00D97C53" w:rsidRPr="00727679" w14:paraId="06AC77DD" w14:textId="77777777" w:rsidTr="00420D09">
        <w:trPr>
          <w:trHeight w:val="443"/>
        </w:trPr>
        <w:tc>
          <w:tcPr>
            <w:tcW w:w="2913" w:type="dxa"/>
            <w:gridSpan w:val="2"/>
          </w:tcPr>
          <w:p w14:paraId="2254304F" w14:textId="77777777" w:rsidR="00D97C53" w:rsidRPr="00727679" w:rsidRDefault="00C35051" w:rsidP="007119CE">
            <w:pPr>
              <w:spacing w:before="120"/>
              <w:rPr>
                <w:b/>
                <w:bCs/>
                <w:sz w:val="20"/>
                <w:szCs w:val="20"/>
              </w:rPr>
            </w:pPr>
            <w:r w:rsidRPr="00727679">
              <w:rPr>
                <w:b/>
                <w:bCs/>
                <w:sz w:val="20"/>
                <w:szCs w:val="20"/>
              </w:rPr>
              <w:t>Név</w:t>
            </w:r>
          </w:p>
        </w:tc>
        <w:tc>
          <w:tcPr>
            <w:tcW w:w="6166" w:type="dxa"/>
          </w:tcPr>
          <w:p w14:paraId="12CE129B" w14:textId="77777777" w:rsidR="00D97C53" w:rsidRPr="00727679" w:rsidRDefault="00C35051">
            <w:pPr>
              <w:rPr>
                <w:sz w:val="20"/>
                <w:szCs w:val="20"/>
              </w:rPr>
            </w:pPr>
            <w:r w:rsidRPr="00727679">
              <w:rPr>
                <w:sz w:val="20"/>
                <w:szCs w:val="20"/>
              </w:rPr>
              <w:t xml:space="preserve">                                                                                                              </w:t>
            </w:r>
          </w:p>
        </w:tc>
      </w:tr>
      <w:tr w:rsidR="00D97C53" w:rsidRPr="00727679" w14:paraId="5F17EABA" w14:textId="77777777" w:rsidTr="007119CE">
        <w:trPr>
          <w:trHeight w:val="291"/>
        </w:trPr>
        <w:tc>
          <w:tcPr>
            <w:tcW w:w="2913" w:type="dxa"/>
            <w:gridSpan w:val="2"/>
            <w:tcBorders>
              <w:bottom w:val="single" w:sz="4" w:space="0" w:color="auto"/>
            </w:tcBorders>
          </w:tcPr>
          <w:p w14:paraId="217F0B90" w14:textId="77777777" w:rsidR="00D97C53" w:rsidRPr="00727679" w:rsidRDefault="00C35051" w:rsidP="007119CE">
            <w:pPr>
              <w:spacing w:before="120"/>
              <w:rPr>
                <w:b/>
                <w:bCs/>
                <w:sz w:val="20"/>
                <w:szCs w:val="20"/>
              </w:rPr>
            </w:pPr>
            <w:r w:rsidRPr="00727679">
              <w:rPr>
                <w:b/>
                <w:bCs/>
                <w:sz w:val="20"/>
                <w:szCs w:val="20"/>
              </w:rPr>
              <w:t>Telefonszám</w:t>
            </w:r>
          </w:p>
        </w:tc>
        <w:tc>
          <w:tcPr>
            <w:tcW w:w="6166" w:type="dxa"/>
            <w:tcBorders>
              <w:bottom w:val="single" w:sz="4" w:space="0" w:color="auto"/>
            </w:tcBorders>
          </w:tcPr>
          <w:p w14:paraId="21EB6895" w14:textId="413278F7" w:rsidR="00D97C53" w:rsidRPr="00727679" w:rsidRDefault="00D97C53">
            <w:pPr>
              <w:rPr>
                <w:sz w:val="20"/>
                <w:szCs w:val="20"/>
              </w:rPr>
            </w:pPr>
          </w:p>
        </w:tc>
      </w:tr>
      <w:tr w:rsidR="00D97C53" w:rsidRPr="00727679" w14:paraId="567FCB07" w14:textId="77777777" w:rsidTr="007119CE">
        <w:trPr>
          <w:trHeight w:val="304"/>
        </w:trPr>
        <w:tc>
          <w:tcPr>
            <w:tcW w:w="2913" w:type="dxa"/>
            <w:gridSpan w:val="2"/>
            <w:tcBorders>
              <w:bottom w:val="single" w:sz="4" w:space="0" w:color="auto"/>
            </w:tcBorders>
          </w:tcPr>
          <w:p w14:paraId="3394D02A" w14:textId="77777777" w:rsidR="00D97C53" w:rsidRPr="00727679" w:rsidRDefault="00C35051" w:rsidP="007119CE">
            <w:pPr>
              <w:spacing w:before="120"/>
              <w:rPr>
                <w:b/>
                <w:bCs/>
                <w:sz w:val="20"/>
                <w:szCs w:val="20"/>
              </w:rPr>
            </w:pPr>
            <w:r w:rsidRPr="00727679">
              <w:rPr>
                <w:b/>
                <w:bCs/>
                <w:sz w:val="20"/>
                <w:szCs w:val="20"/>
              </w:rPr>
              <w:t>E-mail cím</w:t>
            </w:r>
          </w:p>
        </w:tc>
        <w:tc>
          <w:tcPr>
            <w:tcW w:w="6166" w:type="dxa"/>
            <w:tcBorders>
              <w:bottom w:val="single" w:sz="4" w:space="0" w:color="auto"/>
            </w:tcBorders>
          </w:tcPr>
          <w:p w14:paraId="6F02B8FE" w14:textId="77777777" w:rsidR="00D97C53" w:rsidRPr="00727679" w:rsidRDefault="00C35051">
            <w:pPr>
              <w:rPr>
                <w:sz w:val="20"/>
                <w:szCs w:val="20"/>
              </w:rPr>
            </w:pPr>
            <w:r w:rsidRPr="00727679">
              <w:rPr>
                <w:sz w:val="20"/>
                <w:szCs w:val="20"/>
              </w:rPr>
              <w:t xml:space="preserve">                                                                                                              </w:t>
            </w:r>
          </w:p>
        </w:tc>
      </w:tr>
      <w:tr w:rsidR="007119CE" w:rsidRPr="00727679" w14:paraId="0E138269" w14:textId="77777777" w:rsidTr="007119CE">
        <w:trPr>
          <w:trHeight w:val="304"/>
        </w:trPr>
        <w:tc>
          <w:tcPr>
            <w:tcW w:w="2913" w:type="dxa"/>
            <w:gridSpan w:val="2"/>
            <w:tcBorders>
              <w:top w:val="single" w:sz="4" w:space="0" w:color="auto"/>
              <w:left w:val="nil"/>
              <w:bottom w:val="single" w:sz="4" w:space="0" w:color="auto"/>
              <w:right w:val="nil"/>
            </w:tcBorders>
          </w:tcPr>
          <w:p w14:paraId="25400C21" w14:textId="77777777" w:rsidR="007119CE" w:rsidRPr="00727679" w:rsidRDefault="007119CE" w:rsidP="007119CE">
            <w:pPr>
              <w:spacing w:line="120" w:lineRule="auto"/>
              <w:rPr>
                <w:b/>
                <w:bCs/>
                <w:sz w:val="2"/>
                <w:szCs w:val="2"/>
              </w:rPr>
            </w:pPr>
          </w:p>
        </w:tc>
        <w:tc>
          <w:tcPr>
            <w:tcW w:w="6166" w:type="dxa"/>
            <w:tcBorders>
              <w:top w:val="single" w:sz="4" w:space="0" w:color="auto"/>
              <w:left w:val="nil"/>
              <w:bottom w:val="single" w:sz="4" w:space="0" w:color="auto"/>
              <w:right w:val="nil"/>
            </w:tcBorders>
          </w:tcPr>
          <w:p w14:paraId="251E14DF" w14:textId="77777777" w:rsidR="007119CE" w:rsidRPr="00727679" w:rsidRDefault="007119CE" w:rsidP="007119CE">
            <w:pPr>
              <w:spacing w:before="100" w:beforeAutospacing="1" w:after="100" w:afterAutospacing="1" w:line="120" w:lineRule="auto"/>
              <w:rPr>
                <w:sz w:val="14"/>
                <w:szCs w:val="14"/>
              </w:rPr>
            </w:pPr>
          </w:p>
        </w:tc>
      </w:tr>
      <w:tr w:rsidR="00D97C53" w:rsidRPr="00727679" w14:paraId="2F2005AE" w14:textId="77777777" w:rsidTr="007119CE">
        <w:trPr>
          <w:trHeight w:val="365"/>
        </w:trPr>
        <w:tc>
          <w:tcPr>
            <w:tcW w:w="2547" w:type="dxa"/>
            <w:tcBorders>
              <w:top w:val="single" w:sz="4" w:space="0" w:color="auto"/>
            </w:tcBorders>
          </w:tcPr>
          <w:p w14:paraId="2B2640C7" w14:textId="46354C2F" w:rsidR="007119CE" w:rsidRPr="00727679" w:rsidRDefault="007119CE">
            <w:pPr>
              <w:rPr>
                <w:b/>
                <w:bCs/>
                <w:sz w:val="20"/>
                <w:szCs w:val="20"/>
              </w:rPr>
            </w:pPr>
            <w:r w:rsidRPr="00727679">
              <w:rPr>
                <w:b/>
                <w:bCs/>
                <w:sz w:val="20"/>
                <w:szCs w:val="20"/>
              </w:rPr>
              <w:t>C</w:t>
            </w:r>
            <w:r w:rsidR="00C35051" w:rsidRPr="00727679">
              <w:rPr>
                <w:b/>
                <w:bCs/>
                <w:sz w:val="20"/>
                <w:szCs w:val="20"/>
              </w:rPr>
              <w:t>saládban volt</w:t>
            </w:r>
            <w:r w:rsidRPr="00727679">
              <w:rPr>
                <w:b/>
                <w:bCs/>
                <w:sz w:val="20"/>
                <w:szCs w:val="20"/>
              </w:rPr>
              <w:t xml:space="preserve">-e </w:t>
            </w:r>
            <w:r w:rsidR="00C35051" w:rsidRPr="00727679">
              <w:rPr>
                <w:b/>
                <w:bCs/>
                <w:sz w:val="20"/>
                <w:szCs w:val="20"/>
              </w:rPr>
              <w:t>/</w:t>
            </w:r>
            <w:r w:rsidRPr="00727679">
              <w:rPr>
                <w:b/>
                <w:bCs/>
                <w:sz w:val="20"/>
                <w:szCs w:val="20"/>
              </w:rPr>
              <w:t xml:space="preserve"> </w:t>
            </w:r>
            <w:r w:rsidR="00C35051" w:rsidRPr="00727679">
              <w:rPr>
                <w:b/>
                <w:bCs/>
                <w:sz w:val="20"/>
                <w:szCs w:val="20"/>
              </w:rPr>
              <w:t>van</w:t>
            </w:r>
            <w:r w:rsidRPr="00727679">
              <w:rPr>
                <w:b/>
                <w:bCs/>
                <w:sz w:val="20"/>
                <w:szCs w:val="20"/>
              </w:rPr>
              <w:t>-e</w:t>
            </w:r>
            <w:r w:rsidR="00C35051" w:rsidRPr="00727679">
              <w:rPr>
                <w:b/>
                <w:bCs/>
                <w:sz w:val="20"/>
                <w:szCs w:val="20"/>
              </w:rPr>
              <w:t xml:space="preserve"> </w:t>
            </w:r>
          </w:p>
          <w:p w14:paraId="4B3DF06E" w14:textId="550290C8" w:rsidR="00D97C53" w:rsidRPr="00727679" w:rsidRDefault="007119CE">
            <w:pPr>
              <w:rPr>
                <w:b/>
                <w:bCs/>
                <w:sz w:val="20"/>
                <w:szCs w:val="20"/>
              </w:rPr>
            </w:pPr>
            <w:r w:rsidRPr="00727679">
              <w:rPr>
                <w:b/>
                <w:bCs/>
                <w:sz w:val="20"/>
                <w:szCs w:val="20"/>
              </w:rPr>
              <w:t xml:space="preserve">más </w:t>
            </w:r>
            <w:r w:rsidR="00C35051" w:rsidRPr="00727679">
              <w:rPr>
                <w:b/>
                <w:bCs/>
                <w:sz w:val="20"/>
                <w:szCs w:val="20"/>
              </w:rPr>
              <w:t>PVSK-s sportoló?</w:t>
            </w:r>
          </w:p>
        </w:tc>
        <w:tc>
          <w:tcPr>
            <w:tcW w:w="6532" w:type="dxa"/>
            <w:gridSpan w:val="2"/>
            <w:tcBorders>
              <w:top w:val="single" w:sz="4" w:space="0" w:color="auto"/>
            </w:tcBorders>
          </w:tcPr>
          <w:p w14:paraId="223D923D" w14:textId="7D4FDBDC" w:rsidR="00D97C53" w:rsidRPr="00727679" w:rsidRDefault="007119CE" w:rsidP="007119CE">
            <w:pPr>
              <w:spacing w:before="120"/>
              <w:rPr>
                <w:sz w:val="20"/>
                <w:szCs w:val="20"/>
              </w:rPr>
            </w:pPr>
            <w:r w:rsidRPr="00727679">
              <w:rPr>
                <w:sz w:val="20"/>
                <w:szCs w:val="20"/>
              </w:rPr>
              <w:t xml:space="preserve"> </w:t>
            </w:r>
            <w:r w:rsidR="00C35051" w:rsidRPr="00727679">
              <w:rPr>
                <w:sz w:val="20"/>
                <w:szCs w:val="20"/>
              </w:rPr>
              <w:t>□ IGEN</w:t>
            </w:r>
            <w:r w:rsidR="00383490" w:rsidRPr="00727679">
              <w:rPr>
                <w:sz w:val="20"/>
                <w:szCs w:val="20"/>
              </w:rPr>
              <w:t xml:space="preserve"> </w:t>
            </w:r>
            <w:r w:rsidR="00C35051" w:rsidRPr="00727679">
              <w:rPr>
                <w:sz w:val="20"/>
                <w:szCs w:val="20"/>
              </w:rPr>
              <w:t xml:space="preserve">  □ </w:t>
            </w:r>
            <w:proofErr w:type="gramStart"/>
            <w:r w:rsidR="00C35051" w:rsidRPr="00727679">
              <w:rPr>
                <w:sz w:val="20"/>
                <w:szCs w:val="20"/>
              </w:rPr>
              <w:t>NEM</w:t>
            </w:r>
            <w:r w:rsidRPr="00727679">
              <w:rPr>
                <w:sz w:val="20"/>
                <w:szCs w:val="20"/>
              </w:rPr>
              <w:t xml:space="preserve">   Ha</w:t>
            </w:r>
            <w:proofErr w:type="gramEnd"/>
            <w:r w:rsidRPr="00727679">
              <w:rPr>
                <w:sz w:val="20"/>
                <w:szCs w:val="20"/>
              </w:rPr>
              <w:t xml:space="preserve"> igen, neve/sportága:</w:t>
            </w:r>
          </w:p>
        </w:tc>
      </w:tr>
      <w:tr w:rsidR="007119CE" w:rsidRPr="00727679" w14:paraId="79CFAD76" w14:textId="77777777" w:rsidTr="007119CE">
        <w:trPr>
          <w:trHeight w:val="368"/>
        </w:trPr>
        <w:tc>
          <w:tcPr>
            <w:tcW w:w="2547" w:type="dxa"/>
          </w:tcPr>
          <w:p w14:paraId="7A869DAD" w14:textId="65B69EED" w:rsidR="007119CE" w:rsidRPr="00727679" w:rsidRDefault="007119CE" w:rsidP="007119CE">
            <w:pPr>
              <w:rPr>
                <w:b/>
                <w:bCs/>
                <w:sz w:val="20"/>
                <w:szCs w:val="20"/>
              </w:rPr>
            </w:pPr>
            <w:r w:rsidRPr="00727679">
              <w:rPr>
                <w:b/>
                <w:bCs/>
                <w:sz w:val="20"/>
                <w:szCs w:val="20"/>
              </w:rPr>
              <w:t>Családban volt-e /van-e élsportoló?</w:t>
            </w:r>
          </w:p>
        </w:tc>
        <w:tc>
          <w:tcPr>
            <w:tcW w:w="6532" w:type="dxa"/>
            <w:gridSpan w:val="2"/>
          </w:tcPr>
          <w:p w14:paraId="195C0244" w14:textId="0B1EF21B" w:rsidR="007119CE" w:rsidRPr="00727679" w:rsidRDefault="007119CE" w:rsidP="007119CE">
            <w:pPr>
              <w:spacing w:before="120"/>
              <w:rPr>
                <w:sz w:val="20"/>
                <w:szCs w:val="20"/>
              </w:rPr>
            </w:pPr>
            <w:r w:rsidRPr="00727679">
              <w:rPr>
                <w:sz w:val="20"/>
                <w:szCs w:val="20"/>
              </w:rPr>
              <w:t xml:space="preserve"> □ IGEN   □ </w:t>
            </w:r>
            <w:proofErr w:type="gramStart"/>
            <w:r w:rsidRPr="00727679">
              <w:rPr>
                <w:sz w:val="20"/>
                <w:szCs w:val="20"/>
              </w:rPr>
              <w:t>NEM   Ha</w:t>
            </w:r>
            <w:proofErr w:type="gramEnd"/>
            <w:r w:rsidRPr="00727679">
              <w:rPr>
                <w:sz w:val="20"/>
                <w:szCs w:val="20"/>
              </w:rPr>
              <w:t xml:space="preserve"> igen, neve/sportága:</w:t>
            </w:r>
          </w:p>
        </w:tc>
      </w:tr>
    </w:tbl>
    <w:p w14:paraId="1CD03632" w14:textId="4B5299F9" w:rsidR="00383490" w:rsidRPr="00727679" w:rsidRDefault="00383490" w:rsidP="00727679">
      <w:pPr>
        <w:pStyle w:val="Nincstrkz"/>
      </w:pPr>
    </w:p>
    <w:p w14:paraId="0C0E16D7" w14:textId="77777777" w:rsidR="00D97C53" w:rsidRPr="00727679" w:rsidRDefault="00C35051" w:rsidP="007119CE">
      <w:pPr>
        <w:spacing w:before="20" w:after="20"/>
        <w:ind w:firstLine="720"/>
        <w:rPr>
          <w:sz w:val="22"/>
        </w:rPr>
      </w:pPr>
      <w:r w:rsidRPr="00727679">
        <w:rPr>
          <w:b/>
          <w:sz w:val="22"/>
        </w:rPr>
        <w:t>EGYESÜLETI ADMINISZTRÁCIÓ (a PVSK tölti ki)</w:t>
      </w:r>
    </w:p>
    <w:tbl>
      <w:tblPr>
        <w:tblStyle w:val="Rcsostblzat"/>
        <w:tblW w:w="0" w:type="auto"/>
        <w:tblLook w:val="04A0" w:firstRow="1" w:lastRow="0" w:firstColumn="1" w:lastColumn="0" w:noHBand="0" w:noVBand="1"/>
      </w:tblPr>
      <w:tblGrid>
        <w:gridCol w:w="2859"/>
        <w:gridCol w:w="6201"/>
      </w:tblGrid>
      <w:tr w:rsidR="00D97C53" w:rsidRPr="00727679" w14:paraId="04151EEA" w14:textId="77777777" w:rsidTr="003E0A64">
        <w:trPr>
          <w:trHeight w:val="386"/>
        </w:trPr>
        <w:tc>
          <w:tcPr>
            <w:tcW w:w="2925" w:type="dxa"/>
          </w:tcPr>
          <w:p w14:paraId="138EEB9B" w14:textId="77777777" w:rsidR="00D97C53" w:rsidRPr="00727679" w:rsidRDefault="00C35051" w:rsidP="007119CE">
            <w:pPr>
              <w:spacing w:before="120"/>
              <w:rPr>
                <w:b/>
                <w:bCs/>
                <w:sz w:val="20"/>
                <w:szCs w:val="20"/>
              </w:rPr>
            </w:pPr>
            <w:r w:rsidRPr="00727679">
              <w:rPr>
                <w:b/>
                <w:bCs/>
                <w:sz w:val="20"/>
                <w:szCs w:val="20"/>
              </w:rPr>
              <w:t>Belépés dátuma</w:t>
            </w:r>
          </w:p>
        </w:tc>
        <w:tc>
          <w:tcPr>
            <w:tcW w:w="6439" w:type="dxa"/>
          </w:tcPr>
          <w:p w14:paraId="6CF1674E" w14:textId="40CF458C" w:rsidR="00D97C53" w:rsidRPr="00727679" w:rsidRDefault="00D97C53">
            <w:pPr>
              <w:rPr>
                <w:sz w:val="20"/>
                <w:szCs w:val="20"/>
              </w:rPr>
            </w:pPr>
          </w:p>
        </w:tc>
      </w:tr>
      <w:tr w:rsidR="00D97C53" w:rsidRPr="00727679" w14:paraId="2742AE6C" w14:textId="77777777" w:rsidTr="003E0A64">
        <w:trPr>
          <w:trHeight w:val="386"/>
        </w:trPr>
        <w:tc>
          <w:tcPr>
            <w:tcW w:w="2925" w:type="dxa"/>
          </w:tcPr>
          <w:p w14:paraId="394FA8FC" w14:textId="00B2C222" w:rsidR="00D97C53" w:rsidRPr="00727679" w:rsidRDefault="00C35051" w:rsidP="007119CE">
            <w:pPr>
              <w:spacing w:before="120"/>
              <w:rPr>
                <w:b/>
                <w:bCs/>
                <w:sz w:val="20"/>
                <w:szCs w:val="20"/>
              </w:rPr>
            </w:pPr>
            <w:r w:rsidRPr="00727679">
              <w:rPr>
                <w:b/>
                <w:bCs/>
                <w:sz w:val="20"/>
                <w:szCs w:val="20"/>
              </w:rPr>
              <w:t xml:space="preserve">Sportolói </w:t>
            </w:r>
            <w:r w:rsidR="007119CE" w:rsidRPr="00727679">
              <w:rPr>
                <w:b/>
                <w:bCs/>
                <w:sz w:val="20"/>
                <w:szCs w:val="20"/>
              </w:rPr>
              <w:t>azonosító (</w:t>
            </w:r>
            <w:r w:rsidRPr="00727679">
              <w:rPr>
                <w:b/>
                <w:bCs/>
                <w:sz w:val="20"/>
                <w:szCs w:val="20"/>
              </w:rPr>
              <w:t>ID</w:t>
            </w:r>
            <w:r w:rsidR="007119CE" w:rsidRPr="00727679">
              <w:rPr>
                <w:b/>
                <w:bCs/>
                <w:sz w:val="20"/>
                <w:szCs w:val="20"/>
              </w:rPr>
              <w:t>)</w:t>
            </w:r>
          </w:p>
        </w:tc>
        <w:tc>
          <w:tcPr>
            <w:tcW w:w="6439" w:type="dxa"/>
          </w:tcPr>
          <w:p w14:paraId="4012AB4E" w14:textId="380ECA1A" w:rsidR="00D97C53" w:rsidRPr="00727679" w:rsidRDefault="00D97C53">
            <w:pPr>
              <w:rPr>
                <w:sz w:val="20"/>
                <w:szCs w:val="20"/>
              </w:rPr>
            </w:pPr>
          </w:p>
        </w:tc>
      </w:tr>
      <w:tr w:rsidR="00D97C53" w:rsidRPr="00727679" w14:paraId="219A9FAD" w14:textId="77777777" w:rsidTr="003E0A64">
        <w:trPr>
          <w:trHeight w:val="368"/>
        </w:trPr>
        <w:tc>
          <w:tcPr>
            <w:tcW w:w="2925" w:type="dxa"/>
          </w:tcPr>
          <w:p w14:paraId="442A2BF7" w14:textId="13FDA5B4" w:rsidR="00D97C53" w:rsidRPr="00727679" w:rsidRDefault="00C35051" w:rsidP="007119CE">
            <w:pPr>
              <w:spacing w:before="120"/>
              <w:rPr>
                <w:b/>
                <w:bCs/>
                <w:sz w:val="20"/>
                <w:szCs w:val="20"/>
              </w:rPr>
            </w:pPr>
            <w:r w:rsidRPr="00727679">
              <w:rPr>
                <w:b/>
                <w:bCs/>
                <w:sz w:val="20"/>
                <w:szCs w:val="20"/>
              </w:rPr>
              <w:t>Belépéskori tagdíj</w:t>
            </w:r>
            <w:r w:rsidR="00A60733">
              <w:rPr>
                <w:b/>
                <w:bCs/>
                <w:sz w:val="20"/>
                <w:szCs w:val="20"/>
              </w:rPr>
              <w:t xml:space="preserve"> </w:t>
            </w:r>
            <w:bookmarkStart w:id="0" w:name="_GoBack"/>
            <w:bookmarkEnd w:id="0"/>
          </w:p>
        </w:tc>
        <w:tc>
          <w:tcPr>
            <w:tcW w:w="6439" w:type="dxa"/>
          </w:tcPr>
          <w:p w14:paraId="20E58E8E" w14:textId="27C43F92" w:rsidR="00D97C53" w:rsidRPr="00727679" w:rsidRDefault="00D97C53">
            <w:pPr>
              <w:rPr>
                <w:sz w:val="20"/>
                <w:szCs w:val="20"/>
              </w:rPr>
            </w:pPr>
          </w:p>
        </w:tc>
      </w:tr>
      <w:tr w:rsidR="00D97C53" w:rsidRPr="00727679" w14:paraId="12D7A875" w14:textId="77777777" w:rsidTr="003E0A64">
        <w:trPr>
          <w:trHeight w:val="386"/>
        </w:trPr>
        <w:tc>
          <w:tcPr>
            <w:tcW w:w="2925" w:type="dxa"/>
          </w:tcPr>
          <w:p w14:paraId="43EC6B44" w14:textId="77777777" w:rsidR="00D97C53" w:rsidRPr="00727679" w:rsidRDefault="00C35051" w:rsidP="007119CE">
            <w:pPr>
              <w:spacing w:before="120"/>
              <w:rPr>
                <w:b/>
                <w:bCs/>
                <w:sz w:val="20"/>
                <w:szCs w:val="20"/>
              </w:rPr>
            </w:pPr>
            <w:r w:rsidRPr="00727679">
              <w:rPr>
                <w:b/>
                <w:bCs/>
                <w:sz w:val="20"/>
                <w:szCs w:val="20"/>
              </w:rPr>
              <w:t>Kilépés dátuma</w:t>
            </w:r>
          </w:p>
        </w:tc>
        <w:tc>
          <w:tcPr>
            <w:tcW w:w="6439" w:type="dxa"/>
          </w:tcPr>
          <w:p w14:paraId="5FDBEB1D" w14:textId="79E0F663" w:rsidR="00D97C53" w:rsidRPr="00727679" w:rsidRDefault="00D97C53">
            <w:pPr>
              <w:rPr>
                <w:sz w:val="20"/>
                <w:szCs w:val="20"/>
              </w:rPr>
            </w:pPr>
          </w:p>
        </w:tc>
      </w:tr>
    </w:tbl>
    <w:p w14:paraId="29759F56" w14:textId="77777777" w:rsidR="004F2915" w:rsidRPr="00727679" w:rsidRDefault="004F2915" w:rsidP="00DC68F2">
      <w:pPr>
        <w:pStyle w:val="Nincstrkz"/>
        <w:rPr>
          <w:rFonts w:ascii="Times New Roman" w:hAnsi="Times New Roman" w:cs="Times New Roman"/>
          <w:b/>
          <w:bCs/>
        </w:rPr>
        <w:sectPr w:rsidR="004F2915" w:rsidRPr="00727679" w:rsidSect="00383490">
          <w:headerReference w:type="default" r:id="rId11"/>
          <w:footerReference w:type="even" r:id="rId12"/>
          <w:pgSz w:w="11906" w:h="16838" w:code="9"/>
          <w:pgMar w:top="1077" w:right="1418" w:bottom="1077" w:left="1418" w:header="720" w:footer="720" w:gutter="0"/>
          <w:cols w:space="720"/>
          <w:docGrid w:linePitch="360"/>
        </w:sectPr>
      </w:pPr>
    </w:p>
    <w:p w14:paraId="516ACE14" w14:textId="77777777" w:rsidR="007E432A" w:rsidRPr="00304937" w:rsidRDefault="007E432A" w:rsidP="00FD21CB">
      <w:pPr>
        <w:jc w:val="center"/>
        <w:rPr>
          <w:b/>
          <w:bCs/>
          <w:sz w:val="14"/>
          <w:szCs w:val="14"/>
        </w:rPr>
      </w:pPr>
      <w:r w:rsidRPr="00304937">
        <w:rPr>
          <w:b/>
          <w:bCs/>
          <w:sz w:val="14"/>
          <w:szCs w:val="14"/>
        </w:rPr>
        <w:lastRenderedPageBreak/>
        <w:t>Nyilatkozattételi lap és adatkezelési tájékoztató</w:t>
      </w:r>
    </w:p>
    <w:p w14:paraId="0970AEA9" w14:textId="36B4BD1B" w:rsidR="007E432A" w:rsidRPr="00304937" w:rsidRDefault="007E432A" w:rsidP="00FD21CB">
      <w:pPr>
        <w:jc w:val="both"/>
        <w:rPr>
          <w:rFonts w:cs="Times New Roman"/>
          <w:i/>
          <w:iCs/>
          <w:sz w:val="14"/>
          <w:szCs w:val="14"/>
        </w:rPr>
      </w:pPr>
      <w:r w:rsidRPr="00304937">
        <w:rPr>
          <w:rFonts w:cs="Times New Roman"/>
          <w:i/>
          <w:iCs/>
          <w:sz w:val="14"/>
          <w:szCs w:val="14"/>
        </w:rPr>
        <w:t>A nyilatkozattevő a Belépési nyilatkozat aláírásával tudomásul veszi, hogy a megadott adatok a tagfelvételhez és Nemzeti Sportinformációs Rendszerben történő felvételhez (kivéve szabadidő-sportoló)</w:t>
      </w:r>
      <w:r w:rsidR="00C52D69" w:rsidRPr="00304937">
        <w:rPr>
          <w:rFonts w:cs="Times New Roman"/>
          <w:i/>
          <w:iCs/>
          <w:sz w:val="14"/>
          <w:szCs w:val="14"/>
        </w:rPr>
        <w:t xml:space="preserve">, ),továbbá az egyesületi </w:t>
      </w:r>
      <w:proofErr w:type="gramStart"/>
      <w:r w:rsidR="00C52D69" w:rsidRPr="00304937">
        <w:rPr>
          <w:rFonts w:cs="Times New Roman"/>
          <w:i/>
          <w:iCs/>
          <w:sz w:val="14"/>
          <w:szCs w:val="14"/>
        </w:rPr>
        <w:t>adminisztráció</w:t>
      </w:r>
      <w:proofErr w:type="gramEnd"/>
      <w:r w:rsidR="00C52D69" w:rsidRPr="00304937">
        <w:rPr>
          <w:rFonts w:cs="Times New Roman"/>
          <w:i/>
          <w:iCs/>
          <w:sz w:val="14"/>
          <w:szCs w:val="14"/>
        </w:rPr>
        <w:t xml:space="preserve"> folytatásához</w:t>
      </w:r>
      <w:r w:rsidRPr="00304937">
        <w:rPr>
          <w:rFonts w:cs="Times New Roman"/>
          <w:i/>
          <w:iCs/>
          <w:sz w:val="14"/>
          <w:szCs w:val="14"/>
        </w:rPr>
        <w:t xml:space="preserve"> szükségesek, valamint hozzájárul a megadott egyéb, nem tagfelvételi célú adatok kezeléséhez. A PVSK a részére átadott személyes adatokat a 2016/679/EU rendelet (GDPR) és a 2011. évi CXII. tv. (Info.tv.) előírásainak megfelelően bizalmasan kezeli, az adatokkal való műveletek végzésére a tagfelvétellel foglalkozó munkatársak jogosultak, azokat harmadik személynek nem adja át (csak jogszabályban meghatározott esetekben), illetve nem hozza nyilvánosságra. </w:t>
      </w:r>
    </w:p>
    <w:tbl>
      <w:tblPr>
        <w:tblStyle w:val="Rcsostblzat"/>
        <w:tblW w:w="9051" w:type="dxa"/>
        <w:tblLook w:val="04A0" w:firstRow="1" w:lastRow="0" w:firstColumn="1" w:lastColumn="0" w:noHBand="0" w:noVBand="1"/>
      </w:tblPr>
      <w:tblGrid>
        <w:gridCol w:w="3114"/>
        <w:gridCol w:w="1559"/>
        <w:gridCol w:w="1843"/>
        <w:gridCol w:w="2535"/>
      </w:tblGrid>
      <w:tr w:rsidR="007E432A" w:rsidRPr="00304937" w14:paraId="083A5391" w14:textId="77777777" w:rsidTr="00304937">
        <w:trPr>
          <w:trHeight w:val="132"/>
        </w:trPr>
        <w:tc>
          <w:tcPr>
            <w:tcW w:w="3114" w:type="dxa"/>
          </w:tcPr>
          <w:p w14:paraId="42E93142" w14:textId="77777777" w:rsidR="007E432A" w:rsidRPr="00304937" w:rsidRDefault="007E432A" w:rsidP="007E432A">
            <w:pPr>
              <w:rPr>
                <w:rFonts w:cs="Times New Roman"/>
                <w:b/>
                <w:bCs/>
                <w:i/>
                <w:iCs/>
                <w:sz w:val="12"/>
                <w:szCs w:val="12"/>
              </w:rPr>
            </w:pPr>
            <w:r w:rsidRPr="00304937">
              <w:rPr>
                <w:rFonts w:cs="Times New Roman"/>
                <w:b/>
                <w:bCs/>
                <w:i/>
                <w:iCs/>
                <w:sz w:val="12"/>
                <w:szCs w:val="12"/>
              </w:rPr>
              <w:t>Adatkezelés megnevezése és célja</w:t>
            </w:r>
          </w:p>
        </w:tc>
        <w:tc>
          <w:tcPr>
            <w:tcW w:w="1559" w:type="dxa"/>
          </w:tcPr>
          <w:p w14:paraId="07137CBC" w14:textId="77777777" w:rsidR="007E432A" w:rsidRPr="00304937" w:rsidRDefault="007E432A" w:rsidP="007E432A">
            <w:pPr>
              <w:rPr>
                <w:rFonts w:cs="Times New Roman"/>
                <w:b/>
                <w:bCs/>
                <w:i/>
                <w:iCs/>
                <w:sz w:val="12"/>
                <w:szCs w:val="12"/>
              </w:rPr>
            </w:pPr>
            <w:r w:rsidRPr="00304937">
              <w:rPr>
                <w:rFonts w:cs="Times New Roman"/>
                <w:b/>
                <w:bCs/>
                <w:i/>
                <w:iCs/>
                <w:sz w:val="12"/>
                <w:szCs w:val="12"/>
              </w:rPr>
              <w:t>Személyes adatok köre</w:t>
            </w:r>
          </w:p>
        </w:tc>
        <w:tc>
          <w:tcPr>
            <w:tcW w:w="1843" w:type="dxa"/>
          </w:tcPr>
          <w:p w14:paraId="11A4DDEA" w14:textId="77777777" w:rsidR="007E432A" w:rsidRPr="00304937" w:rsidRDefault="007E432A" w:rsidP="007E432A">
            <w:pPr>
              <w:rPr>
                <w:rFonts w:cs="Times New Roman"/>
                <w:b/>
                <w:bCs/>
                <w:i/>
                <w:iCs/>
                <w:sz w:val="12"/>
                <w:szCs w:val="12"/>
              </w:rPr>
            </w:pPr>
            <w:r w:rsidRPr="00304937">
              <w:rPr>
                <w:rFonts w:cs="Times New Roman"/>
                <w:b/>
                <w:bCs/>
                <w:i/>
                <w:iCs/>
                <w:sz w:val="12"/>
                <w:szCs w:val="12"/>
              </w:rPr>
              <w:t>Jogalap</w:t>
            </w:r>
          </w:p>
        </w:tc>
        <w:tc>
          <w:tcPr>
            <w:tcW w:w="2535" w:type="dxa"/>
          </w:tcPr>
          <w:p w14:paraId="7CE21486" w14:textId="77777777" w:rsidR="007E432A" w:rsidRPr="00304937" w:rsidRDefault="007E432A" w:rsidP="007E432A">
            <w:pPr>
              <w:rPr>
                <w:rFonts w:cs="Times New Roman"/>
                <w:b/>
                <w:bCs/>
                <w:i/>
                <w:iCs/>
                <w:sz w:val="12"/>
                <w:szCs w:val="12"/>
              </w:rPr>
            </w:pPr>
            <w:r w:rsidRPr="00304937">
              <w:rPr>
                <w:rFonts w:cs="Times New Roman"/>
                <w:b/>
                <w:bCs/>
                <w:i/>
                <w:iCs/>
                <w:sz w:val="12"/>
                <w:szCs w:val="12"/>
              </w:rPr>
              <w:t>Megőrzési idő</w:t>
            </w:r>
          </w:p>
        </w:tc>
      </w:tr>
      <w:tr w:rsidR="007E432A" w:rsidRPr="00304937" w14:paraId="04660B5A" w14:textId="77777777" w:rsidTr="00304937">
        <w:trPr>
          <w:trHeight w:val="974"/>
        </w:trPr>
        <w:tc>
          <w:tcPr>
            <w:tcW w:w="3114" w:type="dxa"/>
          </w:tcPr>
          <w:p w14:paraId="40A490F5" w14:textId="77777777" w:rsidR="007E432A" w:rsidRPr="00304937" w:rsidRDefault="007E432A" w:rsidP="007E432A">
            <w:pPr>
              <w:rPr>
                <w:rFonts w:cs="Times New Roman"/>
                <w:sz w:val="12"/>
                <w:szCs w:val="12"/>
              </w:rPr>
            </w:pPr>
            <w:r w:rsidRPr="00304937">
              <w:rPr>
                <w:rFonts w:cs="Times New Roman"/>
                <w:b/>
                <w:bCs/>
                <w:sz w:val="12"/>
                <w:szCs w:val="12"/>
              </w:rPr>
              <w:t>Tagfelvétel:</w:t>
            </w:r>
            <w:r w:rsidRPr="00304937">
              <w:rPr>
                <w:rFonts w:cs="Times New Roman"/>
                <w:sz w:val="12"/>
                <w:szCs w:val="12"/>
              </w:rPr>
              <w:t xml:space="preserve"> a jelentkező azonosítása, kérelmének elbírálása, tagjegyzékbe történő rögzítése.</w:t>
            </w:r>
          </w:p>
        </w:tc>
        <w:tc>
          <w:tcPr>
            <w:tcW w:w="1559" w:type="dxa"/>
          </w:tcPr>
          <w:p w14:paraId="0459D216" w14:textId="77777777" w:rsidR="007E432A" w:rsidRPr="00304937" w:rsidRDefault="007E432A" w:rsidP="007E432A">
            <w:pPr>
              <w:rPr>
                <w:rFonts w:cs="Times New Roman"/>
                <w:sz w:val="12"/>
                <w:szCs w:val="12"/>
              </w:rPr>
            </w:pPr>
            <w:r w:rsidRPr="00304937">
              <w:rPr>
                <w:rFonts w:cs="Times New Roman"/>
                <w:sz w:val="12"/>
                <w:szCs w:val="12"/>
              </w:rPr>
              <w:t>Jelentkező neve, lakcíme, nyilatkozattevő aláírása.</w:t>
            </w:r>
          </w:p>
        </w:tc>
        <w:tc>
          <w:tcPr>
            <w:tcW w:w="1843" w:type="dxa"/>
          </w:tcPr>
          <w:p w14:paraId="04DD499F" w14:textId="77777777" w:rsidR="007E432A" w:rsidRPr="00304937" w:rsidRDefault="007E432A" w:rsidP="007E432A">
            <w:pPr>
              <w:rPr>
                <w:rFonts w:cs="Times New Roman"/>
                <w:sz w:val="12"/>
                <w:szCs w:val="12"/>
              </w:rPr>
            </w:pPr>
            <w:r w:rsidRPr="00304937">
              <w:rPr>
                <w:rFonts w:cs="Times New Roman"/>
                <w:sz w:val="12"/>
                <w:szCs w:val="12"/>
              </w:rPr>
              <w:t xml:space="preserve">GDPR 6. cikk (1) </w:t>
            </w:r>
            <w:proofErr w:type="spellStart"/>
            <w:r w:rsidRPr="00304937">
              <w:rPr>
                <w:rFonts w:cs="Times New Roman"/>
                <w:sz w:val="12"/>
                <w:szCs w:val="12"/>
              </w:rPr>
              <w:t>bek</w:t>
            </w:r>
            <w:proofErr w:type="spellEnd"/>
            <w:r w:rsidRPr="00304937">
              <w:rPr>
                <w:rFonts w:cs="Times New Roman"/>
                <w:sz w:val="12"/>
                <w:szCs w:val="12"/>
              </w:rPr>
              <w:t>. e) pont: a közérdekű feladat ellátásához szükséges adatkezelés, a 4/2017. (IV. 3.) IM rendelet I., II., XI. sz. mellékletei alapján</w:t>
            </w:r>
          </w:p>
        </w:tc>
        <w:tc>
          <w:tcPr>
            <w:tcW w:w="2535" w:type="dxa"/>
          </w:tcPr>
          <w:p w14:paraId="385E1202" w14:textId="77777777" w:rsidR="007E432A" w:rsidRPr="00304937" w:rsidRDefault="007E432A" w:rsidP="007E432A">
            <w:pPr>
              <w:rPr>
                <w:rFonts w:cs="Times New Roman"/>
                <w:sz w:val="12"/>
                <w:szCs w:val="12"/>
              </w:rPr>
            </w:pPr>
            <w:r w:rsidRPr="00304937">
              <w:rPr>
                <w:rFonts w:cs="Times New Roman"/>
                <w:b/>
                <w:bCs/>
                <w:sz w:val="12"/>
                <w:szCs w:val="12"/>
              </w:rPr>
              <w:t>Elutasított jelentkezők esetén:</w:t>
            </w:r>
            <w:r w:rsidRPr="00304937">
              <w:rPr>
                <w:rFonts w:cs="Times New Roman"/>
                <w:sz w:val="12"/>
                <w:szCs w:val="12"/>
              </w:rPr>
              <w:t xml:space="preserve"> a felvételi eljárás lezárásával az adatok törlésre kerülnek.</w:t>
            </w:r>
          </w:p>
          <w:p w14:paraId="0BE5A7E1" w14:textId="77777777" w:rsidR="007E432A" w:rsidRPr="00304937" w:rsidRDefault="007E432A" w:rsidP="007E432A">
            <w:pPr>
              <w:rPr>
                <w:rFonts w:cs="Times New Roman"/>
                <w:sz w:val="12"/>
                <w:szCs w:val="12"/>
              </w:rPr>
            </w:pPr>
            <w:r w:rsidRPr="00304937">
              <w:rPr>
                <w:rFonts w:cs="Times New Roman"/>
                <w:b/>
                <w:bCs/>
                <w:sz w:val="12"/>
                <w:szCs w:val="12"/>
              </w:rPr>
              <w:t>Felvételt nyert jelentkezők esetén:</w:t>
            </w:r>
            <w:r w:rsidRPr="00304937">
              <w:rPr>
                <w:rFonts w:cs="Times New Roman"/>
                <w:sz w:val="12"/>
                <w:szCs w:val="12"/>
              </w:rPr>
              <w:t xml:space="preserve"> Polgári Törvénykönyv (2013. évi V. tv.) elévülési idejének megfelelően a jogviszony megszűnését követő 5 év.</w:t>
            </w:r>
          </w:p>
        </w:tc>
      </w:tr>
      <w:tr w:rsidR="00304937" w:rsidRPr="00304937" w14:paraId="33AA0D39" w14:textId="77777777" w:rsidTr="00304937">
        <w:trPr>
          <w:trHeight w:val="276"/>
        </w:trPr>
        <w:tc>
          <w:tcPr>
            <w:tcW w:w="3114" w:type="dxa"/>
          </w:tcPr>
          <w:p w14:paraId="59CE4067" w14:textId="77777777" w:rsidR="00304937" w:rsidRPr="00304937" w:rsidRDefault="00304937" w:rsidP="007E432A">
            <w:pPr>
              <w:rPr>
                <w:rFonts w:cs="Times New Roman"/>
                <w:sz w:val="12"/>
                <w:szCs w:val="12"/>
              </w:rPr>
            </w:pPr>
            <w:r w:rsidRPr="00304937">
              <w:rPr>
                <w:rFonts w:cs="Times New Roman"/>
                <w:b/>
                <w:bCs/>
                <w:sz w:val="12"/>
                <w:szCs w:val="12"/>
              </w:rPr>
              <w:t xml:space="preserve">Korosztály megállapítása: </w:t>
            </w:r>
            <w:r w:rsidRPr="00304937">
              <w:rPr>
                <w:rFonts w:cs="Times New Roman"/>
                <w:sz w:val="12"/>
                <w:szCs w:val="12"/>
              </w:rPr>
              <w:t>a jelentkező fejlettségének megfelelő támogatás nyújtása.</w:t>
            </w:r>
          </w:p>
        </w:tc>
        <w:tc>
          <w:tcPr>
            <w:tcW w:w="1559" w:type="dxa"/>
          </w:tcPr>
          <w:p w14:paraId="58899EE9" w14:textId="77777777" w:rsidR="00304937" w:rsidRPr="00304937" w:rsidRDefault="00304937" w:rsidP="007E432A">
            <w:pPr>
              <w:rPr>
                <w:rFonts w:cs="Times New Roman"/>
                <w:sz w:val="12"/>
                <w:szCs w:val="12"/>
              </w:rPr>
            </w:pPr>
            <w:r w:rsidRPr="00304937">
              <w:rPr>
                <w:rFonts w:cs="Times New Roman"/>
                <w:sz w:val="12"/>
                <w:szCs w:val="12"/>
              </w:rPr>
              <w:t>Születési év.</w:t>
            </w:r>
          </w:p>
        </w:tc>
        <w:tc>
          <w:tcPr>
            <w:tcW w:w="1843" w:type="dxa"/>
            <w:vMerge w:val="restart"/>
          </w:tcPr>
          <w:p w14:paraId="32A23546" w14:textId="02F5EA19" w:rsidR="00304937" w:rsidRPr="00304937" w:rsidRDefault="00304937" w:rsidP="007E432A">
            <w:pPr>
              <w:rPr>
                <w:rFonts w:cs="Times New Roman"/>
                <w:sz w:val="12"/>
                <w:szCs w:val="12"/>
              </w:rPr>
            </w:pPr>
            <w:r w:rsidRPr="00304937">
              <w:rPr>
                <w:rFonts w:cs="Times New Roman"/>
                <w:sz w:val="12"/>
                <w:szCs w:val="12"/>
              </w:rPr>
              <w:t xml:space="preserve">GDPR 6. cikk (1) </w:t>
            </w:r>
            <w:proofErr w:type="spellStart"/>
            <w:r w:rsidRPr="00304937">
              <w:rPr>
                <w:rFonts w:cs="Times New Roman"/>
                <w:sz w:val="12"/>
                <w:szCs w:val="12"/>
              </w:rPr>
              <w:t>bek</w:t>
            </w:r>
            <w:proofErr w:type="spellEnd"/>
            <w:r w:rsidRPr="00304937">
              <w:rPr>
                <w:rFonts w:cs="Times New Roman"/>
                <w:sz w:val="12"/>
                <w:szCs w:val="12"/>
              </w:rPr>
              <w:t>. e) pont: a közérdekű feladat ellátásához szükséges adatkezelés, Magyarország Alaptörvényének XVI. cikke és a Sport tv. 16.§ alapján</w:t>
            </w:r>
            <w:r w:rsidR="00FB286A">
              <w:rPr>
                <w:rFonts w:cs="Times New Roman"/>
                <w:sz w:val="12"/>
                <w:szCs w:val="12"/>
              </w:rPr>
              <w:t>. A TAJ szám, mint egészségügyi adat kezelésére a</w:t>
            </w:r>
            <w:r w:rsidR="00824E65">
              <w:rPr>
                <w:rFonts w:cs="Times New Roman"/>
                <w:sz w:val="12"/>
                <w:szCs w:val="12"/>
              </w:rPr>
              <w:t xml:space="preserve"> GDPR 9. cikk (2) </w:t>
            </w:r>
            <w:proofErr w:type="spellStart"/>
            <w:r w:rsidR="00824E65">
              <w:rPr>
                <w:rFonts w:cs="Times New Roman"/>
                <w:sz w:val="12"/>
                <w:szCs w:val="12"/>
              </w:rPr>
              <w:t>bek</w:t>
            </w:r>
            <w:proofErr w:type="spellEnd"/>
            <w:r w:rsidR="00824E65">
              <w:rPr>
                <w:rFonts w:cs="Times New Roman"/>
                <w:sz w:val="12"/>
                <w:szCs w:val="12"/>
              </w:rPr>
              <w:t xml:space="preserve">. h) pontja és az </w:t>
            </w:r>
            <w:r w:rsidR="00FB286A">
              <w:rPr>
                <w:rFonts w:cs="Times New Roman"/>
                <w:sz w:val="12"/>
                <w:szCs w:val="12"/>
              </w:rPr>
              <w:t xml:space="preserve">Alaptörvény XVI. cikk (1) bekezdése </w:t>
            </w:r>
            <w:r w:rsidR="00824E65">
              <w:rPr>
                <w:rFonts w:cs="Times New Roman"/>
                <w:sz w:val="12"/>
                <w:szCs w:val="12"/>
              </w:rPr>
              <w:t>alapján</w:t>
            </w:r>
            <w:r w:rsidR="00FB286A">
              <w:rPr>
                <w:rFonts w:cs="Times New Roman"/>
                <w:sz w:val="12"/>
                <w:szCs w:val="12"/>
              </w:rPr>
              <w:t xml:space="preserve"> </w:t>
            </w:r>
            <w:r w:rsidR="00824E65">
              <w:rPr>
                <w:rFonts w:cs="Times New Roman"/>
                <w:sz w:val="12"/>
                <w:szCs w:val="12"/>
              </w:rPr>
              <w:t xml:space="preserve">kerül sor. </w:t>
            </w:r>
          </w:p>
        </w:tc>
        <w:tc>
          <w:tcPr>
            <w:tcW w:w="2535" w:type="dxa"/>
            <w:vMerge w:val="restart"/>
          </w:tcPr>
          <w:p w14:paraId="13E29619" w14:textId="77777777" w:rsidR="00304937" w:rsidRPr="00304937" w:rsidRDefault="00304937" w:rsidP="007E432A">
            <w:pPr>
              <w:rPr>
                <w:rFonts w:cs="Times New Roman"/>
                <w:sz w:val="12"/>
                <w:szCs w:val="12"/>
              </w:rPr>
            </w:pPr>
            <w:r w:rsidRPr="00304937">
              <w:rPr>
                <w:rFonts w:cs="Times New Roman"/>
                <w:b/>
                <w:bCs/>
                <w:sz w:val="12"/>
                <w:szCs w:val="12"/>
              </w:rPr>
              <w:t>Elutasított jelentkezők esetén:</w:t>
            </w:r>
            <w:r w:rsidRPr="00304937">
              <w:rPr>
                <w:rFonts w:cs="Times New Roman"/>
                <w:sz w:val="12"/>
                <w:szCs w:val="12"/>
              </w:rPr>
              <w:t xml:space="preserve"> a felvételi eljárás lezárásával az adatok törlésre kerülnek.</w:t>
            </w:r>
          </w:p>
          <w:p w14:paraId="76A5047C" w14:textId="77777777" w:rsidR="00304937" w:rsidRPr="00304937" w:rsidRDefault="00304937" w:rsidP="007E432A">
            <w:pPr>
              <w:rPr>
                <w:rFonts w:cs="Times New Roman"/>
                <w:sz w:val="12"/>
                <w:szCs w:val="12"/>
              </w:rPr>
            </w:pPr>
            <w:r w:rsidRPr="00304937">
              <w:rPr>
                <w:rFonts w:cs="Times New Roman"/>
                <w:b/>
                <w:bCs/>
                <w:sz w:val="12"/>
                <w:szCs w:val="12"/>
              </w:rPr>
              <w:t xml:space="preserve">Felvételt nyert jelentkezők esetén: </w:t>
            </w:r>
            <w:r w:rsidRPr="00304937">
              <w:rPr>
                <w:rFonts w:cs="Times New Roman"/>
                <w:sz w:val="12"/>
                <w:szCs w:val="12"/>
              </w:rPr>
              <w:t>jogviszony megszűnésekor az adatok törlésre kerülnek.</w:t>
            </w:r>
          </w:p>
        </w:tc>
      </w:tr>
      <w:tr w:rsidR="00304937" w:rsidRPr="00304937" w14:paraId="173D5F4C" w14:textId="77777777" w:rsidTr="00304937">
        <w:trPr>
          <w:trHeight w:val="688"/>
        </w:trPr>
        <w:tc>
          <w:tcPr>
            <w:tcW w:w="3114" w:type="dxa"/>
          </w:tcPr>
          <w:p w14:paraId="1DCA0712" w14:textId="135482E1" w:rsidR="00304937" w:rsidRPr="00304937" w:rsidRDefault="00304937" w:rsidP="007E432A">
            <w:pPr>
              <w:rPr>
                <w:rFonts w:cs="Times New Roman"/>
                <w:sz w:val="12"/>
                <w:szCs w:val="12"/>
              </w:rPr>
            </w:pPr>
            <w:r w:rsidRPr="00304937">
              <w:rPr>
                <w:rFonts w:cs="Times New Roman"/>
                <w:b/>
                <w:bCs/>
                <w:sz w:val="12"/>
                <w:szCs w:val="12"/>
              </w:rPr>
              <w:t>Kapcsolattartás:</w:t>
            </w:r>
            <w:r w:rsidRPr="00304937">
              <w:rPr>
                <w:rFonts w:cs="Times New Roman"/>
                <w:sz w:val="12"/>
                <w:szCs w:val="12"/>
              </w:rPr>
              <w:t xml:space="preserve"> a jelentkezéssel, tagsági jogviszonnyal kapcsolatos kommunikáció lehetővé tétele.</w:t>
            </w:r>
          </w:p>
        </w:tc>
        <w:tc>
          <w:tcPr>
            <w:tcW w:w="1559" w:type="dxa"/>
          </w:tcPr>
          <w:p w14:paraId="6A7DFC54" w14:textId="77777777" w:rsidR="00304937" w:rsidRPr="00304937" w:rsidRDefault="00304937" w:rsidP="007E432A">
            <w:pPr>
              <w:rPr>
                <w:rFonts w:cs="Times New Roman"/>
                <w:sz w:val="12"/>
                <w:szCs w:val="12"/>
              </w:rPr>
            </w:pPr>
            <w:r w:rsidRPr="00304937">
              <w:rPr>
                <w:rFonts w:cs="Times New Roman"/>
                <w:sz w:val="12"/>
                <w:szCs w:val="12"/>
              </w:rPr>
              <w:t>Név, elérhetőségként megadott telefonszám, e-mail cím.</w:t>
            </w:r>
          </w:p>
        </w:tc>
        <w:tc>
          <w:tcPr>
            <w:tcW w:w="1843" w:type="dxa"/>
            <w:vMerge/>
          </w:tcPr>
          <w:p w14:paraId="7E460498" w14:textId="77777777" w:rsidR="00304937" w:rsidRPr="00304937" w:rsidRDefault="00304937" w:rsidP="007E432A">
            <w:pPr>
              <w:rPr>
                <w:rFonts w:cs="Times New Roman"/>
                <w:sz w:val="12"/>
                <w:szCs w:val="12"/>
              </w:rPr>
            </w:pPr>
          </w:p>
        </w:tc>
        <w:tc>
          <w:tcPr>
            <w:tcW w:w="2535" w:type="dxa"/>
            <w:vMerge/>
          </w:tcPr>
          <w:p w14:paraId="5F2B3281" w14:textId="77777777" w:rsidR="00304937" w:rsidRPr="00304937" w:rsidRDefault="00304937" w:rsidP="007E432A">
            <w:pPr>
              <w:rPr>
                <w:rFonts w:cs="Times New Roman"/>
                <w:sz w:val="12"/>
                <w:szCs w:val="12"/>
              </w:rPr>
            </w:pPr>
          </w:p>
        </w:tc>
      </w:tr>
      <w:tr w:rsidR="00304937" w:rsidRPr="00304937" w14:paraId="2DF02F06" w14:textId="77777777" w:rsidTr="00304937">
        <w:trPr>
          <w:trHeight w:val="688"/>
        </w:trPr>
        <w:tc>
          <w:tcPr>
            <w:tcW w:w="3114" w:type="dxa"/>
          </w:tcPr>
          <w:p w14:paraId="280250A9" w14:textId="772DEF02" w:rsidR="00304937" w:rsidRPr="00304937" w:rsidRDefault="00304937" w:rsidP="007E432A">
            <w:pPr>
              <w:rPr>
                <w:rFonts w:cs="Times New Roman"/>
                <w:sz w:val="12"/>
                <w:szCs w:val="12"/>
              </w:rPr>
            </w:pPr>
            <w:r w:rsidRPr="00304937">
              <w:rPr>
                <w:rFonts w:cs="Times New Roman"/>
                <w:b/>
                <w:bCs/>
                <w:sz w:val="12"/>
                <w:szCs w:val="12"/>
              </w:rPr>
              <w:t>Egyéb tagsági jogviszony létesítéséhez és tagsági adatok nyilvántartásához kapcsolódó adatkezelés</w:t>
            </w:r>
            <w:r w:rsidRPr="00304937">
              <w:rPr>
                <w:rFonts w:cs="Times New Roman"/>
                <w:b/>
                <w:bCs/>
                <w:i/>
                <w:iCs/>
                <w:sz w:val="12"/>
                <w:szCs w:val="12"/>
              </w:rPr>
              <w:t xml:space="preserve">: </w:t>
            </w:r>
            <w:r w:rsidRPr="00304937">
              <w:rPr>
                <w:rFonts w:cs="Times New Roman"/>
                <w:i/>
                <w:iCs/>
                <w:sz w:val="12"/>
                <w:szCs w:val="12"/>
              </w:rPr>
              <w:t>Anyja neve:</w:t>
            </w:r>
            <w:r w:rsidRPr="00304937">
              <w:rPr>
                <w:rFonts w:cs="Times New Roman"/>
                <w:sz w:val="12"/>
                <w:szCs w:val="12"/>
              </w:rPr>
              <w:t xml:space="preserve"> a sportoló egyértelmű azonosítása, valamint a versenynevezések és versenyadminisztráció során szükséges személyazonosító adatok rendelkezésre állásának biztosítása. </w:t>
            </w:r>
            <w:r w:rsidRPr="00304937">
              <w:rPr>
                <w:rFonts w:cs="Times New Roman"/>
                <w:i/>
                <w:iCs/>
                <w:sz w:val="12"/>
                <w:szCs w:val="12"/>
              </w:rPr>
              <w:t>Neme</w:t>
            </w:r>
            <w:r w:rsidRPr="00304937">
              <w:rPr>
                <w:rFonts w:cs="Times New Roman"/>
                <w:sz w:val="12"/>
                <w:szCs w:val="12"/>
              </w:rPr>
              <w:t>: A sportoló versenyzési kategóriájának, sportszakmai besorolásának meghatározása, valamint a versenyekkel kapcsolatos adminisztráció ellátása.</w:t>
            </w:r>
            <w:r w:rsidRPr="00304937">
              <w:rPr>
                <w:sz w:val="12"/>
                <w:szCs w:val="12"/>
              </w:rPr>
              <w:t xml:space="preserve"> </w:t>
            </w:r>
            <w:r w:rsidRPr="00304937">
              <w:rPr>
                <w:i/>
                <w:iCs/>
                <w:sz w:val="12"/>
                <w:szCs w:val="12"/>
              </w:rPr>
              <w:t>TAJ szám:</w:t>
            </w:r>
            <w:r w:rsidRPr="00304937">
              <w:rPr>
                <w:sz w:val="12"/>
                <w:szCs w:val="12"/>
              </w:rPr>
              <w:t xml:space="preserve"> </w:t>
            </w:r>
            <w:r w:rsidRPr="00304937">
              <w:rPr>
                <w:rFonts w:cs="Times New Roman"/>
                <w:sz w:val="12"/>
                <w:szCs w:val="12"/>
              </w:rPr>
              <w:t>A sportoló részére szükség esetén egészségügyi ellátás igénybevételének elősegítése, különösen edzések, versenyek és utazások során bekövetkező egészségügyi események esetén.</w:t>
            </w:r>
          </w:p>
        </w:tc>
        <w:tc>
          <w:tcPr>
            <w:tcW w:w="1559" w:type="dxa"/>
          </w:tcPr>
          <w:p w14:paraId="7BDD3870" w14:textId="45974C01" w:rsidR="00304937" w:rsidRPr="00304937" w:rsidRDefault="00304937" w:rsidP="007E432A">
            <w:pPr>
              <w:rPr>
                <w:rFonts w:cs="Times New Roman"/>
                <w:sz w:val="12"/>
                <w:szCs w:val="12"/>
              </w:rPr>
            </w:pPr>
            <w:r w:rsidRPr="00304937">
              <w:rPr>
                <w:rFonts w:cs="Times New Roman"/>
                <w:sz w:val="12"/>
                <w:szCs w:val="12"/>
              </w:rPr>
              <w:t xml:space="preserve">Anyja neve, neme, TAJ száma </w:t>
            </w:r>
          </w:p>
        </w:tc>
        <w:tc>
          <w:tcPr>
            <w:tcW w:w="1843" w:type="dxa"/>
            <w:vMerge/>
          </w:tcPr>
          <w:p w14:paraId="70CB0C3F" w14:textId="77777777" w:rsidR="00304937" w:rsidRPr="00304937" w:rsidRDefault="00304937" w:rsidP="007E432A">
            <w:pPr>
              <w:rPr>
                <w:rFonts w:cs="Times New Roman"/>
                <w:sz w:val="12"/>
                <w:szCs w:val="12"/>
              </w:rPr>
            </w:pPr>
          </w:p>
        </w:tc>
        <w:tc>
          <w:tcPr>
            <w:tcW w:w="2535" w:type="dxa"/>
            <w:vMerge/>
          </w:tcPr>
          <w:p w14:paraId="38A1B02B" w14:textId="77777777" w:rsidR="00304937" w:rsidRPr="00304937" w:rsidRDefault="00304937" w:rsidP="007E432A">
            <w:pPr>
              <w:rPr>
                <w:rFonts w:cs="Times New Roman"/>
                <w:sz w:val="12"/>
                <w:szCs w:val="12"/>
              </w:rPr>
            </w:pPr>
          </w:p>
        </w:tc>
      </w:tr>
      <w:tr w:rsidR="007E432A" w:rsidRPr="00304937" w14:paraId="4FCA4369" w14:textId="77777777" w:rsidTr="00304937">
        <w:trPr>
          <w:trHeight w:val="419"/>
        </w:trPr>
        <w:tc>
          <w:tcPr>
            <w:tcW w:w="3114" w:type="dxa"/>
          </w:tcPr>
          <w:p w14:paraId="287DB7AF" w14:textId="77777777" w:rsidR="007E432A" w:rsidRPr="00304937" w:rsidRDefault="007E432A" w:rsidP="007E432A">
            <w:pPr>
              <w:rPr>
                <w:rFonts w:cs="Times New Roman"/>
                <w:b/>
                <w:bCs/>
                <w:sz w:val="12"/>
                <w:szCs w:val="12"/>
              </w:rPr>
            </w:pPr>
            <w:r w:rsidRPr="00304937">
              <w:rPr>
                <w:rFonts w:cs="Times New Roman"/>
                <w:b/>
                <w:bCs/>
                <w:sz w:val="12"/>
                <w:szCs w:val="12"/>
              </w:rPr>
              <w:t xml:space="preserve">Sportolói kapcsolatok: </w:t>
            </w:r>
            <w:r w:rsidRPr="00304937">
              <w:rPr>
                <w:rFonts w:cs="Times New Roman"/>
                <w:sz w:val="12"/>
                <w:szCs w:val="12"/>
              </w:rPr>
              <w:t>hagyományőrzés, közösségépítés</w:t>
            </w:r>
          </w:p>
        </w:tc>
        <w:tc>
          <w:tcPr>
            <w:tcW w:w="1559" w:type="dxa"/>
          </w:tcPr>
          <w:p w14:paraId="79FC7C94" w14:textId="77777777" w:rsidR="007E432A" w:rsidRPr="00304937" w:rsidRDefault="007E432A" w:rsidP="007E432A">
            <w:pPr>
              <w:rPr>
                <w:rFonts w:cs="Times New Roman"/>
                <w:sz w:val="12"/>
                <w:szCs w:val="12"/>
              </w:rPr>
            </w:pPr>
            <w:r w:rsidRPr="00304937">
              <w:rPr>
                <w:rFonts w:cs="Times New Roman"/>
                <w:sz w:val="12"/>
                <w:szCs w:val="12"/>
              </w:rPr>
              <w:t>PVSK-s sportoló vagy élsportoló családtag megléte.</w:t>
            </w:r>
          </w:p>
        </w:tc>
        <w:tc>
          <w:tcPr>
            <w:tcW w:w="1843" w:type="dxa"/>
            <w:vMerge w:val="restart"/>
          </w:tcPr>
          <w:p w14:paraId="664428F5" w14:textId="77777777" w:rsidR="007E432A" w:rsidRPr="00304937" w:rsidRDefault="007E432A" w:rsidP="007E432A">
            <w:pPr>
              <w:rPr>
                <w:rFonts w:cs="Times New Roman"/>
                <w:sz w:val="12"/>
                <w:szCs w:val="12"/>
              </w:rPr>
            </w:pPr>
            <w:r w:rsidRPr="00304937">
              <w:rPr>
                <w:rFonts w:cs="Times New Roman"/>
                <w:sz w:val="12"/>
                <w:szCs w:val="12"/>
              </w:rPr>
              <w:t xml:space="preserve">GDPR 6. cikk (1) </w:t>
            </w:r>
            <w:proofErr w:type="spellStart"/>
            <w:r w:rsidRPr="00304937">
              <w:rPr>
                <w:rFonts w:cs="Times New Roman"/>
                <w:sz w:val="12"/>
                <w:szCs w:val="12"/>
              </w:rPr>
              <w:t>bek</w:t>
            </w:r>
            <w:proofErr w:type="spellEnd"/>
            <w:r w:rsidRPr="00304937">
              <w:rPr>
                <w:rFonts w:cs="Times New Roman"/>
                <w:sz w:val="12"/>
                <w:szCs w:val="12"/>
              </w:rPr>
              <w:t>. a) pont: az érintett hozzájárulása</w:t>
            </w:r>
          </w:p>
        </w:tc>
        <w:tc>
          <w:tcPr>
            <w:tcW w:w="2535" w:type="dxa"/>
            <w:vMerge w:val="restart"/>
          </w:tcPr>
          <w:p w14:paraId="5FE42E1F" w14:textId="77777777" w:rsidR="007E432A" w:rsidRPr="00304937" w:rsidRDefault="007E432A" w:rsidP="007E432A">
            <w:pPr>
              <w:rPr>
                <w:rFonts w:cs="Times New Roman"/>
                <w:sz w:val="12"/>
                <w:szCs w:val="12"/>
              </w:rPr>
            </w:pPr>
            <w:r w:rsidRPr="00304937">
              <w:rPr>
                <w:rFonts w:cs="Times New Roman"/>
                <w:sz w:val="12"/>
                <w:szCs w:val="12"/>
              </w:rPr>
              <w:t xml:space="preserve">A hozzájárulás visszavonásáig, ennek hiányában a jogviszony megszűnésekor az adatok törlésre kerülnek. </w:t>
            </w:r>
          </w:p>
        </w:tc>
      </w:tr>
      <w:tr w:rsidR="007E432A" w:rsidRPr="00304937" w14:paraId="70862134" w14:textId="77777777" w:rsidTr="00304937">
        <w:trPr>
          <w:trHeight w:val="419"/>
        </w:trPr>
        <w:tc>
          <w:tcPr>
            <w:tcW w:w="3114" w:type="dxa"/>
          </w:tcPr>
          <w:p w14:paraId="1D88FF6B" w14:textId="6BD29101" w:rsidR="007E432A" w:rsidRPr="00304937" w:rsidRDefault="007E432A" w:rsidP="007E432A">
            <w:pPr>
              <w:rPr>
                <w:rFonts w:cs="Times New Roman"/>
                <w:b/>
                <w:bCs/>
                <w:sz w:val="12"/>
                <w:szCs w:val="12"/>
              </w:rPr>
            </w:pPr>
            <w:r w:rsidRPr="00304937">
              <w:rPr>
                <w:rFonts w:cs="Times New Roman"/>
                <w:b/>
                <w:bCs/>
                <w:sz w:val="12"/>
                <w:szCs w:val="12"/>
              </w:rPr>
              <w:t>Másodlagos kapcsolattartó</w:t>
            </w:r>
            <w:r w:rsidR="000A7037" w:rsidRPr="00304937">
              <w:rPr>
                <w:rFonts w:cs="Times New Roman"/>
                <w:b/>
                <w:bCs/>
                <w:sz w:val="12"/>
                <w:szCs w:val="12"/>
              </w:rPr>
              <w:t xml:space="preserve"> szülő</w:t>
            </w:r>
            <w:r w:rsidRPr="00304937">
              <w:rPr>
                <w:rFonts w:cs="Times New Roman"/>
                <w:b/>
                <w:bCs/>
                <w:sz w:val="12"/>
                <w:szCs w:val="12"/>
              </w:rPr>
              <w:t xml:space="preserve">: </w:t>
            </w:r>
            <w:r w:rsidRPr="00304937">
              <w:rPr>
                <w:rFonts w:cs="Times New Roman"/>
                <w:sz w:val="12"/>
                <w:szCs w:val="12"/>
              </w:rPr>
              <w:t xml:space="preserve">szükség esetén </w:t>
            </w:r>
            <w:r w:rsidR="000A7037" w:rsidRPr="00304937">
              <w:rPr>
                <w:rFonts w:cs="Times New Roman"/>
                <w:sz w:val="12"/>
                <w:szCs w:val="12"/>
              </w:rPr>
              <w:t>másodlagos</w:t>
            </w:r>
            <w:r w:rsidR="00A64DBC" w:rsidRPr="00304937">
              <w:rPr>
                <w:rFonts w:cs="Times New Roman"/>
                <w:sz w:val="12"/>
                <w:szCs w:val="12"/>
              </w:rPr>
              <w:t xml:space="preserve">an </w:t>
            </w:r>
            <w:r w:rsidRPr="00304937">
              <w:rPr>
                <w:rFonts w:cs="Times New Roman"/>
                <w:sz w:val="12"/>
                <w:szCs w:val="12"/>
              </w:rPr>
              <w:t>értesítendő személy adatainak begyűjtése</w:t>
            </w:r>
            <w:r w:rsidRPr="00304937">
              <w:rPr>
                <w:rFonts w:cs="Times New Roman"/>
                <w:b/>
                <w:bCs/>
                <w:sz w:val="12"/>
                <w:szCs w:val="12"/>
              </w:rPr>
              <w:t xml:space="preserve"> </w:t>
            </w:r>
          </w:p>
        </w:tc>
        <w:tc>
          <w:tcPr>
            <w:tcW w:w="1559" w:type="dxa"/>
          </w:tcPr>
          <w:p w14:paraId="2BBB7168" w14:textId="77777777" w:rsidR="007E432A" w:rsidRPr="00304937" w:rsidRDefault="007E432A" w:rsidP="007E432A">
            <w:pPr>
              <w:rPr>
                <w:rFonts w:cs="Times New Roman"/>
                <w:sz w:val="12"/>
                <w:szCs w:val="12"/>
              </w:rPr>
            </w:pPr>
            <w:r w:rsidRPr="00304937">
              <w:rPr>
                <w:rFonts w:cs="Times New Roman"/>
                <w:sz w:val="12"/>
                <w:szCs w:val="12"/>
              </w:rPr>
              <w:t>Másodlagos kapcsolattartó neve, sportolóval fennálló kapcsolat megjelölése, telefonszám, email cím</w:t>
            </w:r>
          </w:p>
        </w:tc>
        <w:tc>
          <w:tcPr>
            <w:tcW w:w="1843" w:type="dxa"/>
            <w:vMerge/>
          </w:tcPr>
          <w:p w14:paraId="50FA6BD6" w14:textId="77777777" w:rsidR="007E432A" w:rsidRPr="00304937" w:rsidRDefault="007E432A" w:rsidP="007E432A">
            <w:pPr>
              <w:rPr>
                <w:rFonts w:cs="Times New Roman"/>
                <w:sz w:val="12"/>
                <w:szCs w:val="12"/>
              </w:rPr>
            </w:pPr>
          </w:p>
        </w:tc>
        <w:tc>
          <w:tcPr>
            <w:tcW w:w="2535" w:type="dxa"/>
            <w:vMerge/>
          </w:tcPr>
          <w:p w14:paraId="3207CE67" w14:textId="77777777" w:rsidR="007E432A" w:rsidRPr="00304937" w:rsidRDefault="007E432A" w:rsidP="007E432A">
            <w:pPr>
              <w:rPr>
                <w:rFonts w:cs="Times New Roman"/>
                <w:sz w:val="12"/>
                <w:szCs w:val="12"/>
              </w:rPr>
            </w:pPr>
          </w:p>
        </w:tc>
      </w:tr>
      <w:tr w:rsidR="007E432A" w:rsidRPr="00304937" w14:paraId="63BA28AD" w14:textId="77777777" w:rsidTr="00304937">
        <w:trPr>
          <w:trHeight w:val="419"/>
        </w:trPr>
        <w:tc>
          <w:tcPr>
            <w:tcW w:w="3114" w:type="dxa"/>
          </w:tcPr>
          <w:p w14:paraId="64B4B549" w14:textId="4F67CB9B" w:rsidR="007E432A" w:rsidRPr="00304937" w:rsidRDefault="007E432A" w:rsidP="007E432A">
            <w:pPr>
              <w:rPr>
                <w:rFonts w:cs="Times New Roman"/>
                <w:b/>
                <w:bCs/>
                <w:sz w:val="12"/>
                <w:szCs w:val="12"/>
              </w:rPr>
            </w:pPr>
            <w:r w:rsidRPr="00304937">
              <w:rPr>
                <w:rFonts w:cs="Times New Roman"/>
                <w:b/>
                <w:bCs/>
                <w:sz w:val="12"/>
                <w:szCs w:val="12"/>
              </w:rPr>
              <w:t>Sportoló iskolájának</w:t>
            </w:r>
            <w:r w:rsidR="000A7037" w:rsidRPr="00304937">
              <w:rPr>
                <w:rFonts w:cs="Times New Roman"/>
                <w:b/>
                <w:bCs/>
                <w:sz w:val="12"/>
                <w:szCs w:val="12"/>
              </w:rPr>
              <w:t xml:space="preserve"> </w:t>
            </w:r>
            <w:r w:rsidRPr="00304937">
              <w:rPr>
                <w:rFonts w:cs="Times New Roman"/>
                <w:b/>
                <w:bCs/>
                <w:sz w:val="12"/>
                <w:szCs w:val="12"/>
              </w:rPr>
              <w:t xml:space="preserve">megjelölése: </w:t>
            </w:r>
            <w:r w:rsidRPr="00304937">
              <w:rPr>
                <w:rFonts w:cs="Times New Roman"/>
                <w:sz w:val="12"/>
                <w:szCs w:val="12"/>
              </w:rPr>
              <w:t>rendszeres kikérők</w:t>
            </w:r>
            <w:r w:rsidR="000A7037" w:rsidRPr="00304937">
              <w:rPr>
                <w:rFonts w:cs="Times New Roman"/>
                <w:sz w:val="12"/>
                <w:szCs w:val="12"/>
              </w:rPr>
              <w:t xml:space="preserve"> </w:t>
            </w:r>
            <w:r w:rsidRPr="00304937">
              <w:rPr>
                <w:rFonts w:cs="Times New Roman"/>
                <w:sz w:val="12"/>
                <w:szCs w:val="12"/>
              </w:rPr>
              <w:t xml:space="preserve">kiállítása </w:t>
            </w:r>
          </w:p>
        </w:tc>
        <w:tc>
          <w:tcPr>
            <w:tcW w:w="1559" w:type="dxa"/>
          </w:tcPr>
          <w:p w14:paraId="039B92DB" w14:textId="409A2971" w:rsidR="007E432A" w:rsidRPr="00304937" w:rsidRDefault="007E432A" w:rsidP="007E432A">
            <w:pPr>
              <w:rPr>
                <w:rFonts w:cs="Times New Roman"/>
                <w:sz w:val="12"/>
                <w:szCs w:val="12"/>
              </w:rPr>
            </w:pPr>
            <w:r w:rsidRPr="00304937">
              <w:rPr>
                <w:rFonts w:cs="Times New Roman"/>
                <w:sz w:val="12"/>
                <w:szCs w:val="12"/>
              </w:rPr>
              <w:t xml:space="preserve">Iskola neve </w:t>
            </w:r>
          </w:p>
        </w:tc>
        <w:tc>
          <w:tcPr>
            <w:tcW w:w="1843" w:type="dxa"/>
            <w:vMerge/>
          </w:tcPr>
          <w:p w14:paraId="025D8D2A" w14:textId="77777777" w:rsidR="007E432A" w:rsidRPr="00304937" w:rsidRDefault="007E432A" w:rsidP="007E432A">
            <w:pPr>
              <w:rPr>
                <w:rFonts w:cs="Times New Roman"/>
                <w:sz w:val="12"/>
                <w:szCs w:val="12"/>
              </w:rPr>
            </w:pPr>
          </w:p>
        </w:tc>
        <w:tc>
          <w:tcPr>
            <w:tcW w:w="2535" w:type="dxa"/>
            <w:vMerge/>
          </w:tcPr>
          <w:p w14:paraId="59FD412C" w14:textId="77777777" w:rsidR="007E432A" w:rsidRPr="00304937" w:rsidRDefault="007E432A" w:rsidP="007E432A">
            <w:pPr>
              <w:rPr>
                <w:rFonts w:cs="Times New Roman"/>
                <w:sz w:val="12"/>
                <w:szCs w:val="12"/>
              </w:rPr>
            </w:pPr>
          </w:p>
        </w:tc>
      </w:tr>
      <w:tr w:rsidR="007E432A" w:rsidRPr="00304937" w14:paraId="218E6C9F" w14:textId="77777777" w:rsidTr="00304937">
        <w:trPr>
          <w:trHeight w:val="910"/>
        </w:trPr>
        <w:tc>
          <w:tcPr>
            <w:tcW w:w="3114" w:type="dxa"/>
          </w:tcPr>
          <w:p w14:paraId="77B750B5" w14:textId="49DAA34B" w:rsidR="007E432A" w:rsidRPr="00304937" w:rsidRDefault="007E432A" w:rsidP="007E432A">
            <w:pPr>
              <w:jc w:val="both"/>
              <w:rPr>
                <w:rFonts w:cs="Times New Roman"/>
                <w:b/>
                <w:bCs/>
                <w:sz w:val="12"/>
                <w:szCs w:val="12"/>
              </w:rPr>
            </w:pPr>
            <w:r w:rsidRPr="00304937">
              <w:rPr>
                <w:rFonts w:cs="Times New Roman"/>
                <w:b/>
                <w:bCs/>
                <w:sz w:val="12"/>
                <w:szCs w:val="12"/>
              </w:rPr>
              <w:t xml:space="preserve">Egyesületi adminisztráció: </w:t>
            </w:r>
            <w:r w:rsidRPr="00304937">
              <w:rPr>
                <w:rFonts w:cs="Times New Roman"/>
                <w:sz w:val="12"/>
                <w:szCs w:val="12"/>
              </w:rPr>
              <w:t>Tagnyilvántartás vezetése, a tagsági jogviszony keletkezésének, fennállásának és megszűnésének dokumentálása, egyesületi azonosítás és adminisztratív ügyintézés megkönnyítése</w:t>
            </w:r>
            <w:r w:rsidR="00A64DBC" w:rsidRPr="00304937">
              <w:rPr>
                <w:rFonts w:cs="Times New Roman"/>
                <w:sz w:val="12"/>
                <w:szCs w:val="12"/>
              </w:rPr>
              <w:t xml:space="preserve">, </w:t>
            </w:r>
            <w:r w:rsidR="00C40A4D" w:rsidRPr="00304937">
              <w:rPr>
                <w:rFonts w:cs="Times New Roman"/>
                <w:sz w:val="12"/>
                <w:szCs w:val="12"/>
              </w:rPr>
              <w:t xml:space="preserve">nyilatkozattevő személyének azonosítása, vele való kapcsolattartás, szükség esetén értesítés  </w:t>
            </w:r>
          </w:p>
        </w:tc>
        <w:tc>
          <w:tcPr>
            <w:tcW w:w="1559" w:type="dxa"/>
          </w:tcPr>
          <w:p w14:paraId="56DEEE61" w14:textId="77777777" w:rsidR="00C40A4D" w:rsidRPr="00304937" w:rsidRDefault="007E432A" w:rsidP="007E432A">
            <w:pPr>
              <w:rPr>
                <w:rFonts w:cs="Times New Roman"/>
                <w:sz w:val="12"/>
                <w:szCs w:val="12"/>
              </w:rPr>
            </w:pPr>
            <w:r w:rsidRPr="00304937">
              <w:rPr>
                <w:rFonts w:cs="Times New Roman"/>
                <w:sz w:val="12"/>
                <w:szCs w:val="12"/>
              </w:rPr>
              <w:t>Belépés dátuma, Sportolói ID, belépéskori tagdíj, kilépés dátuma, sportág, szakosztály</w:t>
            </w:r>
          </w:p>
          <w:p w14:paraId="62485C5E" w14:textId="77777777" w:rsidR="00C40A4D" w:rsidRPr="00304937" w:rsidRDefault="00C40A4D" w:rsidP="007E432A">
            <w:pPr>
              <w:rPr>
                <w:rFonts w:cs="Times New Roman"/>
                <w:sz w:val="12"/>
                <w:szCs w:val="12"/>
              </w:rPr>
            </w:pPr>
          </w:p>
          <w:p w14:paraId="4EA0241E" w14:textId="061CA683" w:rsidR="007E432A" w:rsidRPr="00304937" w:rsidRDefault="00C40A4D" w:rsidP="007E432A">
            <w:pPr>
              <w:rPr>
                <w:rFonts w:cs="Times New Roman"/>
                <w:sz w:val="12"/>
                <w:szCs w:val="12"/>
              </w:rPr>
            </w:pPr>
            <w:r w:rsidRPr="00304937">
              <w:rPr>
                <w:rFonts w:cs="Times New Roman"/>
                <w:sz w:val="12"/>
                <w:szCs w:val="12"/>
              </w:rPr>
              <w:t>Elsődleges kapcsolattartó szülő</w:t>
            </w:r>
            <w:r w:rsidR="00A735D3" w:rsidRPr="00304937">
              <w:rPr>
                <w:rFonts w:cs="Times New Roman"/>
                <w:sz w:val="12"/>
                <w:szCs w:val="12"/>
              </w:rPr>
              <w:t xml:space="preserve">, törvényes képviselő neve, e-mail címe, telefonszáma </w:t>
            </w:r>
          </w:p>
        </w:tc>
        <w:tc>
          <w:tcPr>
            <w:tcW w:w="1843" w:type="dxa"/>
          </w:tcPr>
          <w:p w14:paraId="7096702E" w14:textId="77777777" w:rsidR="007E432A" w:rsidRPr="00304937" w:rsidRDefault="007E432A" w:rsidP="007E432A">
            <w:pPr>
              <w:rPr>
                <w:rFonts w:cs="Times New Roman"/>
                <w:sz w:val="12"/>
                <w:szCs w:val="12"/>
              </w:rPr>
            </w:pPr>
            <w:r w:rsidRPr="00304937">
              <w:rPr>
                <w:rFonts w:cs="Times New Roman"/>
                <w:sz w:val="12"/>
                <w:szCs w:val="12"/>
              </w:rPr>
              <w:t xml:space="preserve">GDPR 6. cikk (1) </w:t>
            </w:r>
            <w:proofErr w:type="spellStart"/>
            <w:r w:rsidRPr="00304937">
              <w:rPr>
                <w:rFonts w:cs="Times New Roman"/>
                <w:sz w:val="12"/>
                <w:szCs w:val="12"/>
              </w:rPr>
              <w:t>bek</w:t>
            </w:r>
            <w:proofErr w:type="spellEnd"/>
            <w:r w:rsidRPr="00304937">
              <w:rPr>
                <w:rFonts w:cs="Times New Roman"/>
                <w:sz w:val="12"/>
                <w:szCs w:val="12"/>
              </w:rPr>
              <w:t>. e) pont: a közérdekű feladat ellátásához szükséges adatkezelés, Magyarország Alaptörvényének XVI. cikke és a Sport tv. 16.§ alapján</w:t>
            </w:r>
          </w:p>
        </w:tc>
        <w:tc>
          <w:tcPr>
            <w:tcW w:w="2535" w:type="dxa"/>
          </w:tcPr>
          <w:p w14:paraId="565A9A62" w14:textId="77777777" w:rsidR="007E432A" w:rsidRPr="00304937" w:rsidRDefault="007E432A" w:rsidP="007E432A">
            <w:pPr>
              <w:rPr>
                <w:rFonts w:cs="Times New Roman"/>
                <w:sz w:val="12"/>
                <w:szCs w:val="12"/>
              </w:rPr>
            </w:pPr>
            <w:r w:rsidRPr="00304937">
              <w:rPr>
                <w:rFonts w:cs="Times New Roman"/>
                <w:b/>
                <w:bCs/>
                <w:sz w:val="12"/>
                <w:szCs w:val="12"/>
              </w:rPr>
              <w:t>Elutasított jelentkezők esetén:</w:t>
            </w:r>
            <w:r w:rsidRPr="00304937">
              <w:rPr>
                <w:rFonts w:cs="Times New Roman"/>
                <w:sz w:val="12"/>
                <w:szCs w:val="12"/>
              </w:rPr>
              <w:t xml:space="preserve"> a felvételi eljárás lezárásával az adatok törlésre kerülnek.</w:t>
            </w:r>
          </w:p>
          <w:p w14:paraId="6CE17D3D" w14:textId="77777777" w:rsidR="007E432A" w:rsidRPr="00304937" w:rsidRDefault="007E432A" w:rsidP="007E432A">
            <w:pPr>
              <w:rPr>
                <w:rFonts w:cs="Times New Roman"/>
                <w:sz w:val="12"/>
                <w:szCs w:val="12"/>
              </w:rPr>
            </w:pPr>
            <w:r w:rsidRPr="00304937">
              <w:rPr>
                <w:rFonts w:cs="Times New Roman"/>
                <w:b/>
                <w:bCs/>
                <w:sz w:val="12"/>
                <w:szCs w:val="12"/>
              </w:rPr>
              <w:t>Felvételt nyert jelentkezők esetén:</w:t>
            </w:r>
            <w:r w:rsidRPr="00304937">
              <w:rPr>
                <w:rFonts w:cs="Times New Roman"/>
                <w:sz w:val="12"/>
                <w:szCs w:val="12"/>
              </w:rPr>
              <w:t xml:space="preserve"> Polgári Törvénykönyv (2013. évi V. tv.) elévülési idejének megfelelően a jogviszony megszűnését követő 5 év.</w:t>
            </w:r>
          </w:p>
        </w:tc>
      </w:tr>
      <w:tr w:rsidR="007E432A" w:rsidRPr="00304937" w14:paraId="239C4C74" w14:textId="77777777" w:rsidTr="00304937">
        <w:trPr>
          <w:trHeight w:val="910"/>
        </w:trPr>
        <w:tc>
          <w:tcPr>
            <w:tcW w:w="3114" w:type="dxa"/>
          </w:tcPr>
          <w:p w14:paraId="6FE9D31F" w14:textId="2F6444F7" w:rsidR="007E432A" w:rsidRPr="00304937" w:rsidRDefault="00E02C68" w:rsidP="007E432A">
            <w:pPr>
              <w:jc w:val="both"/>
              <w:rPr>
                <w:rFonts w:cs="Times New Roman"/>
                <w:b/>
                <w:bCs/>
                <w:sz w:val="12"/>
                <w:szCs w:val="12"/>
              </w:rPr>
            </w:pPr>
            <w:r>
              <w:rPr>
                <w:rFonts w:cs="Times New Roman"/>
                <w:b/>
                <w:bCs/>
                <w:sz w:val="12"/>
                <w:szCs w:val="12"/>
              </w:rPr>
              <w:t xml:space="preserve">Sportolói jogviszonyban állók </w:t>
            </w:r>
            <w:r w:rsidR="007E432A" w:rsidRPr="00304937">
              <w:rPr>
                <w:rFonts w:cs="Times New Roman"/>
                <w:b/>
                <w:bCs/>
                <w:sz w:val="12"/>
                <w:szCs w:val="12"/>
              </w:rPr>
              <w:t xml:space="preserve">NSR rendszerrel kapcsolatos adatkezelés, kötelező adatszolgálatatás a Nemzeti Sportinformációs Rendszer-be: </w:t>
            </w:r>
            <w:r w:rsidR="007E432A" w:rsidRPr="00304937">
              <w:rPr>
                <w:rFonts w:cs="Times New Roman"/>
                <w:sz w:val="12"/>
                <w:szCs w:val="12"/>
              </w:rPr>
              <w:t>versenyengedély igénylése, abban foglaltak fennállása, versenyrendszerben szereplés, versenyeredmény nyilvántartása, sportcélú állami támogatás igénybevétele, ezzel kapcsolatos adatközlés, fennálló tagsági jogviszony igazolása</w:t>
            </w:r>
          </w:p>
        </w:tc>
        <w:tc>
          <w:tcPr>
            <w:tcW w:w="1559" w:type="dxa"/>
          </w:tcPr>
          <w:p w14:paraId="78553169" w14:textId="4B8A0C56" w:rsidR="007E432A" w:rsidRPr="00304937" w:rsidRDefault="007E432A" w:rsidP="007E432A">
            <w:pPr>
              <w:rPr>
                <w:rFonts w:cs="Times New Roman"/>
                <w:sz w:val="12"/>
                <w:szCs w:val="12"/>
              </w:rPr>
            </w:pPr>
            <w:r w:rsidRPr="00304937">
              <w:rPr>
                <w:rFonts w:cs="Times New Roman"/>
                <w:sz w:val="12"/>
                <w:szCs w:val="12"/>
              </w:rPr>
              <w:t xml:space="preserve">Sportoló neve, születési hely, idő, </w:t>
            </w:r>
            <w:proofErr w:type="spellStart"/>
            <w:r w:rsidRPr="00304937">
              <w:rPr>
                <w:rFonts w:cs="Times New Roman"/>
                <w:sz w:val="12"/>
                <w:szCs w:val="12"/>
              </w:rPr>
              <w:t>képmás</w:t>
            </w:r>
            <w:proofErr w:type="gramStart"/>
            <w:r w:rsidRPr="00304937">
              <w:rPr>
                <w:rFonts w:cs="Times New Roman"/>
                <w:sz w:val="12"/>
                <w:szCs w:val="12"/>
              </w:rPr>
              <w:t>,e</w:t>
            </w:r>
            <w:proofErr w:type="spellEnd"/>
            <w:r w:rsidRPr="00304937">
              <w:rPr>
                <w:rFonts w:cs="Times New Roman"/>
                <w:sz w:val="12"/>
                <w:szCs w:val="12"/>
              </w:rPr>
              <w:t>-mail</w:t>
            </w:r>
            <w:proofErr w:type="gramEnd"/>
            <w:r w:rsidRPr="00304937">
              <w:rPr>
                <w:rFonts w:cs="Times New Roman"/>
                <w:sz w:val="12"/>
                <w:szCs w:val="12"/>
              </w:rPr>
              <w:t xml:space="preserve"> címe</w:t>
            </w:r>
            <w:r w:rsidR="00295629" w:rsidRPr="00304937">
              <w:rPr>
                <w:rFonts w:cs="Times New Roman"/>
                <w:sz w:val="12"/>
                <w:szCs w:val="12"/>
              </w:rPr>
              <w:t>, neme, anyja neve, TAJ száma</w:t>
            </w:r>
          </w:p>
        </w:tc>
        <w:tc>
          <w:tcPr>
            <w:tcW w:w="1843" w:type="dxa"/>
          </w:tcPr>
          <w:p w14:paraId="775591BC" w14:textId="77777777" w:rsidR="007E432A" w:rsidRPr="00304937" w:rsidRDefault="007E432A" w:rsidP="007E432A">
            <w:pPr>
              <w:rPr>
                <w:rFonts w:cs="Times New Roman"/>
                <w:sz w:val="12"/>
                <w:szCs w:val="12"/>
              </w:rPr>
            </w:pPr>
            <w:r w:rsidRPr="00304937">
              <w:rPr>
                <w:rFonts w:cs="Times New Roman"/>
                <w:sz w:val="12"/>
                <w:szCs w:val="12"/>
              </w:rPr>
              <w:t xml:space="preserve">GDPR 6. cikk (1) </w:t>
            </w:r>
            <w:proofErr w:type="spellStart"/>
            <w:r w:rsidRPr="00304937">
              <w:rPr>
                <w:rFonts w:cs="Times New Roman"/>
                <w:sz w:val="12"/>
                <w:szCs w:val="12"/>
              </w:rPr>
              <w:t>bek</w:t>
            </w:r>
            <w:proofErr w:type="spellEnd"/>
            <w:r w:rsidRPr="00304937">
              <w:rPr>
                <w:rFonts w:cs="Times New Roman"/>
                <w:sz w:val="12"/>
                <w:szCs w:val="12"/>
              </w:rPr>
              <w:t xml:space="preserve">. c) pont: jogi kötelezettség teljesítése (Sport tv. 76/E. §)  </w:t>
            </w:r>
          </w:p>
        </w:tc>
        <w:tc>
          <w:tcPr>
            <w:tcW w:w="2535" w:type="dxa"/>
          </w:tcPr>
          <w:p w14:paraId="28C4DE99" w14:textId="77777777" w:rsidR="007E432A" w:rsidRPr="00304937" w:rsidRDefault="007E432A" w:rsidP="007E432A">
            <w:pPr>
              <w:rPr>
                <w:rFonts w:cs="Times New Roman"/>
                <w:sz w:val="12"/>
                <w:szCs w:val="12"/>
              </w:rPr>
            </w:pPr>
            <w:r w:rsidRPr="00304937">
              <w:rPr>
                <w:rFonts w:cs="Times New Roman"/>
                <w:sz w:val="12"/>
                <w:szCs w:val="12"/>
              </w:rPr>
              <w:t>Tagsági jogviszony fennállásáig (Sport tv. 76/E.§ (3))</w:t>
            </w:r>
          </w:p>
        </w:tc>
      </w:tr>
    </w:tbl>
    <w:p w14:paraId="7EFD32C7" w14:textId="77777777" w:rsidR="007E432A" w:rsidRPr="00304937" w:rsidRDefault="007E432A" w:rsidP="00FD21CB">
      <w:pPr>
        <w:jc w:val="both"/>
        <w:rPr>
          <w:rFonts w:cs="Times New Roman"/>
          <w:b/>
          <w:bCs/>
          <w:i/>
          <w:iCs/>
          <w:sz w:val="14"/>
          <w:szCs w:val="14"/>
        </w:rPr>
      </w:pPr>
      <w:r w:rsidRPr="00304937">
        <w:rPr>
          <w:rFonts w:cs="Times New Roman"/>
          <w:i/>
          <w:iCs/>
          <w:sz w:val="14"/>
          <w:szCs w:val="14"/>
        </w:rPr>
        <w:t>A PVSK az érintetti jogokat a GDPR III. fejezetében foglaltaknak megfelelően biztosítja, így Ön bármikor tájékoztatást kérhet az adatkezelésről, hozzáférhet a kezelt adataihoz, helyesbítheti is azokat, valamint tiltakozhat az adatkezeléssel szemben, továbbá ahol az adatkezelés jogalapja az ön hozzájárulása, ott adatai törlését kérheti. Amennyiben Ön az adatkezeléssel kapcsolatban jogsértést tapasztal, bírósághoz fordulhat, amely soron kívül jár el az ügyben, illetve adatvédelmi hatósági eljárást kezdeményezhet a Nemzeti Adatvédelmi és Információszabadság Hatóságnál (</w:t>
      </w:r>
      <w:hyperlink r:id="rId13" w:history="1">
        <w:r w:rsidRPr="00304937">
          <w:rPr>
            <w:rStyle w:val="Hiperhivatkozs"/>
            <w:rFonts w:cs="Times New Roman"/>
            <w:i/>
            <w:iCs/>
            <w:sz w:val="14"/>
            <w:szCs w:val="14"/>
          </w:rPr>
          <w:t>www.naih.hu</w:t>
        </w:r>
      </w:hyperlink>
      <w:r w:rsidRPr="00304937">
        <w:rPr>
          <w:rFonts w:cs="Times New Roman"/>
          <w:i/>
          <w:iCs/>
          <w:sz w:val="14"/>
          <w:szCs w:val="14"/>
        </w:rPr>
        <w:t>). Bármely eljárás megkezdése előtt érdemes a PVSK adatvédelmi tisztviselőjének (</w:t>
      </w:r>
      <w:hyperlink r:id="rId14" w:history="1">
        <w:r w:rsidRPr="00304937">
          <w:rPr>
            <w:rStyle w:val="Hiperhivatkozs"/>
            <w:rFonts w:cs="Times New Roman"/>
            <w:i/>
            <w:iCs/>
            <w:sz w:val="14"/>
            <w:szCs w:val="14"/>
          </w:rPr>
          <w:t>adatvedelem@pvsk.hu</w:t>
        </w:r>
      </w:hyperlink>
      <w:r w:rsidRPr="00304937">
        <w:rPr>
          <w:rFonts w:cs="Times New Roman"/>
          <w:i/>
          <w:iCs/>
          <w:sz w:val="14"/>
          <w:szCs w:val="14"/>
        </w:rPr>
        <w:t xml:space="preserve">) elküldeni a kérelmet, illetve panaszt, a helyzet gyors és hatékony tisztázása érdekében. </w:t>
      </w:r>
      <w:r w:rsidRPr="00304937">
        <w:rPr>
          <w:rFonts w:cs="Times New Roman"/>
          <w:b/>
          <w:bCs/>
          <w:i/>
          <w:iCs/>
          <w:sz w:val="14"/>
          <w:szCs w:val="14"/>
        </w:rPr>
        <w:t xml:space="preserve">Részletes tájékoztatás az érintetti jogok vonatkozásában, elérhető a </w:t>
      </w:r>
      <w:hyperlink r:id="rId15" w:history="1">
        <w:r w:rsidRPr="00304937">
          <w:rPr>
            <w:rStyle w:val="Hiperhivatkozs"/>
            <w:rFonts w:cs="Times New Roman"/>
            <w:b/>
            <w:bCs/>
            <w:i/>
            <w:iCs/>
            <w:sz w:val="14"/>
            <w:szCs w:val="14"/>
          </w:rPr>
          <w:t>www.pvsk.hu</w:t>
        </w:r>
      </w:hyperlink>
      <w:r w:rsidRPr="00304937">
        <w:rPr>
          <w:rFonts w:cs="Times New Roman"/>
          <w:b/>
          <w:bCs/>
          <w:i/>
          <w:iCs/>
          <w:sz w:val="14"/>
          <w:szCs w:val="14"/>
        </w:rPr>
        <w:t xml:space="preserve"> oldalon. </w:t>
      </w:r>
    </w:p>
    <w:p w14:paraId="474A41BC" w14:textId="77777777" w:rsidR="00F444FF" w:rsidRPr="00304937" w:rsidRDefault="00F444FF" w:rsidP="00F444FF">
      <w:pPr>
        <w:spacing w:before="20" w:after="20"/>
        <w:rPr>
          <w:b/>
          <w:sz w:val="14"/>
          <w:szCs w:val="14"/>
        </w:rPr>
      </w:pPr>
      <w:r w:rsidRPr="00304937">
        <w:rPr>
          <w:b/>
          <w:sz w:val="14"/>
          <w:szCs w:val="14"/>
        </w:rPr>
        <w:t>BELÉPŐ – nevében nyilatkozatot tevő törvényes képviselő - NYILATKOZATAI</w:t>
      </w:r>
    </w:p>
    <w:p w14:paraId="421DED83" w14:textId="12E22076" w:rsidR="007E432A" w:rsidRPr="00304937" w:rsidRDefault="0036385B" w:rsidP="0036385B">
      <w:pPr>
        <w:pStyle w:val="Listaszerbekezds"/>
        <w:numPr>
          <w:ilvl w:val="0"/>
          <w:numId w:val="10"/>
        </w:numPr>
        <w:spacing w:after="40"/>
        <w:ind w:left="360"/>
        <w:jc w:val="both"/>
        <w:rPr>
          <w:sz w:val="14"/>
          <w:szCs w:val="14"/>
        </w:rPr>
      </w:pPr>
      <w:r w:rsidRPr="00304937">
        <w:rPr>
          <w:sz w:val="14"/>
          <w:szCs w:val="14"/>
        </w:rPr>
        <w:t>Kijelentem, hogy Belépő sportoló a Pécsi Vasutas Sportkör tagja kíván lenni.</w:t>
      </w:r>
      <w:r w:rsidR="006C4ACB" w:rsidRPr="00304937">
        <w:rPr>
          <w:sz w:val="14"/>
          <w:szCs w:val="14"/>
        </w:rPr>
        <w:t>18 év alatti jelentkező nevében nyilatkozatot tevő személy kijelenti, hogy a képviselethez szükséges jogosultsággal rendelkezik.</w:t>
      </w:r>
    </w:p>
    <w:p w14:paraId="7B26CF8E" w14:textId="77777777" w:rsidR="00D3561D" w:rsidRPr="00304937" w:rsidRDefault="007E432A" w:rsidP="00D3561D">
      <w:pPr>
        <w:pStyle w:val="Listaszerbekezds"/>
        <w:numPr>
          <w:ilvl w:val="0"/>
          <w:numId w:val="10"/>
        </w:numPr>
        <w:spacing w:after="40"/>
        <w:ind w:left="360"/>
        <w:jc w:val="both"/>
        <w:rPr>
          <w:sz w:val="14"/>
          <w:szCs w:val="14"/>
        </w:rPr>
      </w:pPr>
      <w:r w:rsidRPr="00304937">
        <w:rPr>
          <w:sz w:val="14"/>
          <w:szCs w:val="14"/>
        </w:rPr>
        <w:t>Az egyesület Alapszabályát, valamint a Sportfegyelmi Szabályzatot megismertem, elfogadom és betartom, az Elnökség határozatait végrehajtom</w:t>
      </w:r>
      <w:r w:rsidR="00BD60DF" w:rsidRPr="00304937">
        <w:rPr>
          <w:sz w:val="14"/>
          <w:szCs w:val="14"/>
        </w:rPr>
        <w:t xml:space="preserve"> – és Belépő sportolóval </w:t>
      </w:r>
      <w:proofErr w:type="spellStart"/>
      <w:r w:rsidR="00BD60DF" w:rsidRPr="00304937">
        <w:rPr>
          <w:sz w:val="14"/>
          <w:szCs w:val="14"/>
        </w:rPr>
        <w:t>végrehajtatom</w:t>
      </w:r>
      <w:proofErr w:type="spellEnd"/>
      <w:r w:rsidR="00BD60DF" w:rsidRPr="00304937">
        <w:rPr>
          <w:sz w:val="14"/>
          <w:szCs w:val="14"/>
        </w:rPr>
        <w:t>.</w:t>
      </w:r>
    </w:p>
    <w:p w14:paraId="13F232AC" w14:textId="7801E122" w:rsidR="00D3561D" w:rsidRPr="00304937" w:rsidRDefault="00D3561D" w:rsidP="00D3561D">
      <w:pPr>
        <w:pStyle w:val="Listaszerbekezds"/>
        <w:numPr>
          <w:ilvl w:val="0"/>
          <w:numId w:val="10"/>
        </w:numPr>
        <w:spacing w:after="40"/>
        <w:ind w:left="360"/>
        <w:jc w:val="both"/>
        <w:rPr>
          <w:sz w:val="14"/>
          <w:szCs w:val="14"/>
        </w:rPr>
      </w:pPr>
      <w:r w:rsidRPr="00304937">
        <w:rPr>
          <w:sz w:val="14"/>
          <w:szCs w:val="14"/>
        </w:rPr>
        <w:t>Vállalom, hogy a sportoló számára előírt mindenkori egyesületi tagdíjat megfizetem. Az első hónapét és 2000 Ft adminisztrációs díjat (amelynek keretében a Sportoló egy PVSK-logózott pólót is kap) jelen Belépési nyilatkozat aláírásakor.</w:t>
      </w:r>
    </w:p>
    <w:p w14:paraId="0A98451A" w14:textId="680B87C1" w:rsidR="007E432A" w:rsidRPr="00304937" w:rsidRDefault="007E432A" w:rsidP="007E432A">
      <w:pPr>
        <w:pStyle w:val="Listaszerbekezds"/>
        <w:numPr>
          <w:ilvl w:val="0"/>
          <w:numId w:val="10"/>
        </w:numPr>
        <w:spacing w:after="40"/>
        <w:ind w:left="360"/>
        <w:jc w:val="both"/>
        <w:rPr>
          <w:sz w:val="14"/>
          <w:szCs w:val="14"/>
        </w:rPr>
      </w:pPr>
      <w:r w:rsidRPr="00304937">
        <w:rPr>
          <w:sz w:val="14"/>
          <w:szCs w:val="14"/>
        </w:rPr>
        <w:t>Tudomásom van arról, hogy az egyesület a jelen (2 oldalas) Belépési nyilatkozaton megadott adatai</w:t>
      </w:r>
      <w:r w:rsidR="00497A12" w:rsidRPr="00304937">
        <w:rPr>
          <w:sz w:val="14"/>
          <w:szCs w:val="14"/>
        </w:rPr>
        <w:t>nk</w:t>
      </w:r>
      <w:r w:rsidRPr="00304937">
        <w:rPr>
          <w:sz w:val="14"/>
          <w:szCs w:val="14"/>
        </w:rPr>
        <w:t xml:space="preserve"> pontosságát nem vizsgálja, azokért én, mint nyilatkozattevő vagyok felelős.</w:t>
      </w:r>
    </w:p>
    <w:p w14:paraId="6AFBA0B3" w14:textId="1F1E08A1" w:rsidR="006D176C" w:rsidRPr="00304937" w:rsidRDefault="007E432A" w:rsidP="006D176C">
      <w:pPr>
        <w:pStyle w:val="Listaszerbekezds"/>
        <w:numPr>
          <w:ilvl w:val="0"/>
          <w:numId w:val="10"/>
        </w:numPr>
        <w:spacing w:after="40"/>
        <w:ind w:left="360"/>
        <w:jc w:val="both"/>
        <w:rPr>
          <w:sz w:val="14"/>
          <w:szCs w:val="14"/>
        </w:rPr>
      </w:pPr>
      <w:r w:rsidRPr="00304937">
        <w:rPr>
          <w:sz w:val="14"/>
          <w:szCs w:val="14"/>
        </w:rPr>
        <w:t xml:space="preserve">A személyes adatok kezelésével kapcsolatos tájékoztatást megkaptam és tudomásul vettem. </w:t>
      </w:r>
      <w:r w:rsidR="005B5652" w:rsidRPr="00304937">
        <w:rPr>
          <w:sz w:val="14"/>
          <w:szCs w:val="14"/>
        </w:rPr>
        <w:t xml:space="preserve">A hozzájáruláson alapuló adatkezelések tekintetében </w:t>
      </w:r>
      <w:r w:rsidR="005B5652" w:rsidRPr="00304937">
        <w:rPr>
          <w:rFonts w:cs="Times New Roman"/>
          <w:sz w:val="14"/>
          <w:szCs w:val="14"/>
        </w:rPr>
        <w:t>k</w:t>
      </w:r>
      <w:r w:rsidRPr="00304937">
        <w:rPr>
          <w:rFonts w:cs="Times New Roman"/>
          <w:sz w:val="14"/>
          <w:szCs w:val="14"/>
        </w:rPr>
        <w:t>ijelentem, hogy a hozzájárulásomat önkéntesen, minden külső befolyástól mentesen teszem. Tudatában vagyok, hogy hozzájárulásomat bármikor feltétel és korlátozástól mentesen, indokolás nélkül visszavonhatom, illetve az érintett adatok törlését is kérhetem. Tisztában vagyok vele, hogy hozzájárulásomat általánosságban vagy bizonyos, általam megjelölt adatok vonatkozásában is visszavonhatom/törlésüket kérhetem. Tájékoztattak arról, hogy a hozzájárulásomat visszavonó nyilatkozat/törlésre irányuló kérelem megtehető szóban és írásban is a fenti elérhetőségek bármelyikén.</w:t>
      </w:r>
    </w:p>
    <w:p w14:paraId="4D4F0357" w14:textId="77777777" w:rsidR="006A50F3" w:rsidRDefault="006A50F3" w:rsidP="006D176C">
      <w:pPr>
        <w:pStyle w:val="Listaszerbekezds"/>
        <w:spacing w:after="40"/>
        <w:ind w:left="0"/>
        <w:jc w:val="both"/>
        <w:rPr>
          <w:sz w:val="14"/>
          <w:szCs w:val="14"/>
        </w:rPr>
      </w:pPr>
    </w:p>
    <w:p w14:paraId="3BCABB9D" w14:textId="6B400E00" w:rsidR="006D176C" w:rsidRDefault="006D176C" w:rsidP="006D176C">
      <w:pPr>
        <w:pStyle w:val="Listaszerbekezds"/>
        <w:spacing w:after="40"/>
        <w:ind w:left="0"/>
        <w:jc w:val="both"/>
        <w:rPr>
          <w:sz w:val="14"/>
          <w:szCs w:val="14"/>
        </w:rPr>
      </w:pPr>
      <w:r w:rsidRPr="00304937">
        <w:rPr>
          <w:sz w:val="14"/>
          <w:szCs w:val="14"/>
        </w:rPr>
        <w:t>Pécs, 2026. ................................. hónap ............... nap</w:t>
      </w:r>
    </w:p>
    <w:p w14:paraId="13660E57" w14:textId="77777777" w:rsidR="006A50F3" w:rsidRPr="00304937" w:rsidRDefault="006A50F3" w:rsidP="006D176C">
      <w:pPr>
        <w:pStyle w:val="Listaszerbekezds"/>
        <w:spacing w:after="40"/>
        <w:ind w:left="0"/>
        <w:jc w:val="both"/>
        <w:rPr>
          <w:sz w:val="14"/>
          <w:szCs w:val="14"/>
        </w:rPr>
      </w:pPr>
    </w:p>
    <w:tbl>
      <w:tblPr>
        <w:tblStyle w:val="Rcsostblzat"/>
        <w:tblW w:w="9586" w:type="dxa"/>
        <w:tblLook w:val="04A0" w:firstRow="1" w:lastRow="0" w:firstColumn="1" w:lastColumn="0" w:noHBand="0" w:noVBand="1"/>
      </w:tblPr>
      <w:tblGrid>
        <w:gridCol w:w="4781"/>
        <w:gridCol w:w="4805"/>
      </w:tblGrid>
      <w:tr w:rsidR="00FE6499" w:rsidRPr="00304937" w14:paraId="6A08C715" w14:textId="77777777" w:rsidTr="006A50F3">
        <w:trPr>
          <w:trHeight w:val="462"/>
        </w:trPr>
        <w:tc>
          <w:tcPr>
            <w:tcW w:w="4781" w:type="dxa"/>
          </w:tcPr>
          <w:p w14:paraId="7E9BF8F3" w14:textId="50B72075" w:rsidR="00FE6499" w:rsidRPr="00304937" w:rsidRDefault="00FE6499" w:rsidP="006D176C">
            <w:pPr>
              <w:rPr>
                <w:sz w:val="14"/>
                <w:szCs w:val="14"/>
              </w:rPr>
            </w:pPr>
          </w:p>
        </w:tc>
        <w:tc>
          <w:tcPr>
            <w:tcW w:w="4805" w:type="dxa"/>
          </w:tcPr>
          <w:p w14:paraId="40AA8DA5" w14:textId="668F2D93" w:rsidR="00FE6499" w:rsidRPr="00304937" w:rsidRDefault="00FE6499" w:rsidP="00FE6499">
            <w:pPr>
              <w:jc w:val="center"/>
              <w:rPr>
                <w:sz w:val="14"/>
                <w:szCs w:val="14"/>
              </w:rPr>
            </w:pPr>
          </w:p>
        </w:tc>
      </w:tr>
      <w:tr w:rsidR="00FE6499" w:rsidRPr="00304937" w14:paraId="7685AC2B" w14:textId="77777777" w:rsidTr="006A50F3">
        <w:trPr>
          <w:trHeight w:val="255"/>
        </w:trPr>
        <w:tc>
          <w:tcPr>
            <w:tcW w:w="4781" w:type="dxa"/>
          </w:tcPr>
          <w:p w14:paraId="6DCA7028" w14:textId="77777777" w:rsidR="00FE6499" w:rsidRPr="00304937" w:rsidRDefault="00FE6499" w:rsidP="00FE6499">
            <w:pPr>
              <w:jc w:val="center"/>
              <w:rPr>
                <w:sz w:val="14"/>
                <w:szCs w:val="14"/>
              </w:rPr>
            </w:pPr>
            <w:r w:rsidRPr="00304937">
              <w:rPr>
                <w:sz w:val="14"/>
                <w:szCs w:val="14"/>
              </w:rPr>
              <w:t>sportoló aláírása</w:t>
            </w:r>
          </w:p>
        </w:tc>
        <w:tc>
          <w:tcPr>
            <w:tcW w:w="4805" w:type="dxa"/>
          </w:tcPr>
          <w:p w14:paraId="0A3D8E38" w14:textId="49553245" w:rsidR="00FE6499" w:rsidRPr="00304937" w:rsidRDefault="00FE6499" w:rsidP="00FE6499">
            <w:pPr>
              <w:jc w:val="center"/>
              <w:rPr>
                <w:sz w:val="14"/>
                <w:szCs w:val="14"/>
              </w:rPr>
            </w:pPr>
            <w:r w:rsidRPr="00304937">
              <w:rPr>
                <w:sz w:val="14"/>
                <w:szCs w:val="14"/>
              </w:rPr>
              <w:t>nyilatkozattevő, törvényes képviselő aláírása</w:t>
            </w:r>
          </w:p>
        </w:tc>
      </w:tr>
    </w:tbl>
    <w:p w14:paraId="76FA90EC" w14:textId="4A5D1DD5" w:rsidR="00FE6499" w:rsidRPr="00304937" w:rsidRDefault="00FE6499" w:rsidP="0036385B">
      <w:pPr>
        <w:rPr>
          <w:sz w:val="14"/>
          <w:szCs w:val="14"/>
        </w:rPr>
      </w:pPr>
    </w:p>
    <w:sectPr w:rsidR="00FE6499" w:rsidRPr="00304937" w:rsidSect="00383490">
      <w:pgSz w:w="11906" w:h="16838" w:code="9"/>
      <w:pgMar w:top="1077" w:right="1418" w:bottom="107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860DD" w14:textId="77777777" w:rsidR="004B6126" w:rsidRDefault="004B6126" w:rsidP="00166057">
      <w:pPr>
        <w:spacing w:after="0" w:line="240" w:lineRule="auto"/>
      </w:pPr>
      <w:r>
        <w:separator/>
      </w:r>
    </w:p>
  </w:endnote>
  <w:endnote w:type="continuationSeparator" w:id="0">
    <w:p w14:paraId="78C7333E" w14:textId="77777777" w:rsidR="004B6126" w:rsidRDefault="004B6126" w:rsidP="00166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05746" w14:textId="06C7E4A0" w:rsidR="00383490" w:rsidRDefault="00383490" w:rsidP="00383490">
    <w:pPr>
      <w:pStyle w:val="llb"/>
      <w:jc w:val="right"/>
    </w:pPr>
    <w:r>
      <w:t>A dokumentumot a PVSK részéről átvette (NÉV): ..........................................................</w:t>
    </w:r>
  </w:p>
  <w:p w14:paraId="240ECBE8" w14:textId="47425F5A" w:rsidR="00383490" w:rsidRDefault="00383490">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1BB89" w14:textId="77777777" w:rsidR="004B6126" w:rsidRDefault="004B6126" w:rsidP="00166057">
      <w:pPr>
        <w:spacing w:after="0" w:line="240" w:lineRule="auto"/>
      </w:pPr>
      <w:r>
        <w:separator/>
      </w:r>
    </w:p>
  </w:footnote>
  <w:footnote w:type="continuationSeparator" w:id="0">
    <w:p w14:paraId="7C957400" w14:textId="77777777" w:rsidR="004B6126" w:rsidRDefault="004B6126" w:rsidP="00166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4A2E" w14:textId="4A313B71" w:rsidR="00166057" w:rsidRPr="007B482E" w:rsidRDefault="00383490" w:rsidP="007B482E">
    <w:pPr>
      <w:pStyle w:val="lfej"/>
      <w:rPr>
        <w:sz w:val="16"/>
        <w:szCs w:val="16"/>
      </w:rPr>
    </w:pPr>
    <w:r>
      <w:rPr>
        <w:sz w:val="16"/>
        <w:szCs w:val="16"/>
      </w:rPr>
      <w:t xml:space="preserve">   </w:t>
    </w:r>
    <w:r w:rsidR="00166057">
      <w:rPr>
        <w:noProof/>
        <w:lang w:eastAsia="hu-HU"/>
      </w:rPr>
      <w:drawing>
        <wp:inline distT="0" distB="0" distL="0" distR="0" wp14:anchorId="40F1B968" wp14:editId="2331BE7E">
          <wp:extent cx="358132" cy="395312"/>
          <wp:effectExtent l="0" t="0" r="4445" b="508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1"/>
                  <a:stretch>
                    <a:fillRect/>
                  </a:stretch>
                </pic:blipFill>
                <pic:spPr>
                  <a:xfrm>
                    <a:off x="0" y="0"/>
                    <a:ext cx="378885" cy="418220"/>
                  </a:xfrm>
                  <a:prstGeom prst="rect">
                    <a:avLst/>
                  </a:prstGeom>
                </pic:spPr>
              </pic:pic>
            </a:graphicData>
          </a:graphic>
        </wp:inline>
      </w:drawing>
    </w:r>
    <w:r w:rsidR="007B482E">
      <w:rPr>
        <w:sz w:val="16"/>
        <w:szCs w:val="16"/>
      </w:rPr>
      <w:t xml:space="preserve">  </w:t>
    </w:r>
    <w:r>
      <w:rPr>
        <w:sz w:val="16"/>
        <w:szCs w:val="16"/>
      </w:rPr>
      <w:t xml:space="preserve">                                                                                                                                 </w:t>
    </w:r>
    <w:r w:rsidR="00166057" w:rsidRPr="00166057">
      <w:rPr>
        <w:sz w:val="16"/>
        <w:szCs w:val="16"/>
      </w:rPr>
      <w:t>...............................................</w:t>
    </w:r>
    <w:r w:rsidR="007B482E">
      <w:rPr>
        <w:sz w:val="16"/>
        <w:szCs w:val="16"/>
      </w:rPr>
      <w:t>...</w:t>
    </w:r>
    <w:r w:rsidR="00166057" w:rsidRPr="00166057">
      <w:rPr>
        <w:sz w:val="16"/>
        <w:szCs w:val="16"/>
      </w:rPr>
      <w:t>...</w:t>
    </w:r>
    <w:r w:rsidR="00166057">
      <w:t>szakosztály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abstractNum w:abstractNumId="9" w15:restartNumberingAfterBreak="0">
    <w:nsid w:val="017505CE"/>
    <w:multiLevelType w:val="hybridMultilevel"/>
    <w:tmpl w:val="B4D24F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33810D3"/>
    <w:multiLevelType w:val="hybridMultilevel"/>
    <w:tmpl w:val="A64E913A"/>
    <w:lvl w:ilvl="0" w:tplc="DDACA0B8">
      <w:start w:val="1"/>
      <w:numFmt w:val="upperRoman"/>
      <w:lvlText w:val="%1."/>
      <w:lvlJc w:val="left"/>
      <w:pPr>
        <w:ind w:left="1080" w:hanging="72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5AE7"/>
    <w:rsid w:val="000A7037"/>
    <w:rsid w:val="0014251F"/>
    <w:rsid w:val="0015074B"/>
    <w:rsid w:val="00166057"/>
    <w:rsid w:val="001B6065"/>
    <w:rsid w:val="001C4EF2"/>
    <w:rsid w:val="001F0F73"/>
    <w:rsid w:val="00213051"/>
    <w:rsid w:val="00295629"/>
    <w:rsid w:val="0029639D"/>
    <w:rsid w:val="00304937"/>
    <w:rsid w:val="00326F90"/>
    <w:rsid w:val="0034068D"/>
    <w:rsid w:val="0036385B"/>
    <w:rsid w:val="00365A21"/>
    <w:rsid w:val="00381401"/>
    <w:rsid w:val="00383490"/>
    <w:rsid w:val="0038516C"/>
    <w:rsid w:val="003A20CA"/>
    <w:rsid w:val="003E0A64"/>
    <w:rsid w:val="00420D09"/>
    <w:rsid w:val="0043216C"/>
    <w:rsid w:val="004329A7"/>
    <w:rsid w:val="00433814"/>
    <w:rsid w:val="004936A4"/>
    <w:rsid w:val="00497A12"/>
    <w:rsid w:val="004B6126"/>
    <w:rsid w:val="004D3508"/>
    <w:rsid w:val="004F2915"/>
    <w:rsid w:val="00513213"/>
    <w:rsid w:val="00585CDE"/>
    <w:rsid w:val="005B5652"/>
    <w:rsid w:val="005E0A6B"/>
    <w:rsid w:val="00676D88"/>
    <w:rsid w:val="006A50F3"/>
    <w:rsid w:val="006A7B60"/>
    <w:rsid w:val="006C4ACB"/>
    <w:rsid w:val="006D176C"/>
    <w:rsid w:val="007119CE"/>
    <w:rsid w:val="00727679"/>
    <w:rsid w:val="007B482E"/>
    <w:rsid w:val="007C5773"/>
    <w:rsid w:val="007E432A"/>
    <w:rsid w:val="00824E65"/>
    <w:rsid w:val="008B65CA"/>
    <w:rsid w:val="00A364C9"/>
    <w:rsid w:val="00A60733"/>
    <w:rsid w:val="00A64DBC"/>
    <w:rsid w:val="00A735D3"/>
    <w:rsid w:val="00AA1D8D"/>
    <w:rsid w:val="00AC4A74"/>
    <w:rsid w:val="00B47730"/>
    <w:rsid w:val="00B77FCD"/>
    <w:rsid w:val="00BA66F0"/>
    <w:rsid w:val="00BD60DF"/>
    <w:rsid w:val="00C27A6A"/>
    <w:rsid w:val="00C35051"/>
    <w:rsid w:val="00C40A4D"/>
    <w:rsid w:val="00C42007"/>
    <w:rsid w:val="00C52D69"/>
    <w:rsid w:val="00CB0664"/>
    <w:rsid w:val="00CC58B1"/>
    <w:rsid w:val="00CD4728"/>
    <w:rsid w:val="00D3561D"/>
    <w:rsid w:val="00D67EC0"/>
    <w:rsid w:val="00D97C53"/>
    <w:rsid w:val="00DC68F2"/>
    <w:rsid w:val="00E02C68"/>
    <w:rsid w:val="00E42AEC"/>
    <w:rsid w:val="00EA6D0F"/>
    <w:rsid w:val="00F444FF"/>
    <w:rsid w:val="00FB286A"/>
    <w:rsid w:val="00FC693F"/>
    <w:rsid w:val="00FE6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27515C"/>
  <w14:defaultImageDpi w14:val="330"/>
  <w15:docId w15:val="{6D1D500C-4C7D-4E29-848B-FBEFE268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C693F"/>
    <w:rPr>
      <w:rFonts w:ascii="Times New Roman" w:eastAsia="Times New Roman" w:hAnsi="Times New Roman"/>
      <w:sz w:val="21"/>
      <w:lang w:val="hu-HU"/>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hivatkozs">
    <w:name w:val="Hyperlink"/>
    <w:basedOn w:val="Bekezdsalapbettpusa"/>
    <w:uiPriority w:val="99"/>
    <w:unhideWhenUsed/>
    <w:rsid w:val="003E0A64"/>
    <w:rPr>
      <w:color w:val="0000FF" w:themeColor="hyperlink"/>
      <w:u w:val="single"/>
    </w:rPr>
  </w:style>
  <w:style w:type="paragraph" w:styleId="Lbjegyzetszveg">
    <w:name w:val="footnote text"/>
    <w:basedOn w:val="Norml"/>
    <w:link w:val="LbjegyzetszvegChar"/>
    <w:uiPriority w:val="99"/>
    <w:semiHidden/>
    <w:unhideWhenUsed/>
    <w:rsid w:val="004D3508"/>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4D3508"/>
    <w:rPr>
      <w:rFonts w:ascii="Times New Roman" w:eastAsia="Times New Roman" w:hAnsi="Times New Roman"/>
      <w:sz w:val="20"/>
      <w:szCs w:val="20"/>
      <w:lang w:val="hu-HU"/>
    </w:rPr>
  </w:style>
  <w:style w:type="character" w:styleId="Lbjegyzet-hivatkozs">
    <w:name w:val="footnote reference"/>
    <w:basedOn w:val="Bekezdsalapbettpusa"/>
    <w:uiPriority w:val="99"/>
    <w:semiHidden/>
    <w:unhideWhenUsed/>
    <w:rsid w:val="004D35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ih.h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vsk.h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atvedelem@pvsk.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6a2c9e-16b2-486a-9077-8daa2f5342bc" xsi:nil="true"/>
    <lcf76f155ced4ddcb4097134ff3c332f xmlns="a359394b-bc2c-4683-99bd-ec50b56a6c1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00506FF567824A8F6A84724FA18BEB" ma:contentTypeVersion="14" ma:contentTypeDescription="Create a new document." ma:contentTypeScope="" ma:versionID="a8afcd5efc3066c4607ef7da6a3a5d65">
  <xsd:schema xmlns:xsd="http://www.w3.org/2001/XMLSchema" xmlns:xs="http://www.w3.org/2001/XMLSchema" xmlns:p="http://schemas.microsoft.com/office/2006/metadata/properties" xmlns:ns2="a359394b-bc2c-4683-99bd-ec50b56a6c18" xmlns:ns3="536a2c9e-16b2-486a-9077-8daa2f5342bc" targetNamespace="http://schemas.microsoft.com/office/2006/metadata/properties" ma:root="true" ma:fieldsID="78d7a31dd40c77bdf1fa9628e9fcd41d" ns2:_="" ns3:_="">
    <xsd:import namespace="a359394b-bc2c-4683-99bd-ec50b56a6c18"/>
    <xsd:import namespace="536a2c9e-16b2-486a-9077-8daa2f5342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9394b-bc2c-4683-99bd-ec50b56a6c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cfbbe73-1c91-431c-938d-4f3853b973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6a2c9e-16b2-486a-9077-8daa2f5342b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ad03cc1-743c-4263-bd53-3c9f2990a999}" ma:internalName="TaxCatchAll" ma:showField="CatchAllData" ma:web="536a2c9e-16b2-486a-9077-8daa2f5342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38C96-A576-48F8-AEB8-82509B79741A}">
  <ds:schemaRefs>
    <ds:schemaRef ds:uri="http://schemas.microsoft.com/office/2006/metadata/properties"/>
    <ds:schemaRef ds:uri="http://schemas.microsoft.com/office/infopath/2007/PartnerControls"/>
    <ds:schemaRef ds:uri="536a2c9e-16b2-486a-9077-8daa2f5342bc"/>
    <ds:schemaRef ds:uri="a359394b-bc2c-4683-99bd-ec50b56a6c18"/>
  </ds:schemaRefs>
</ds:datastoreItem>
</file>

<file path=customXml/itemProps2.xml><?xml version="1.0" encoding="utf-8"?>
<ds:datastoreItem xmlns:ds="http://schemas.openxmlformats.org/officeDocument/2006/customXml" ds:itemID="{B4F7AB1B-22E9-4EA6-A7FD-45E69806F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9394b-bc2c-4683-99bd-ec50b56a6c18"/>
    <ds:schemaRef ds:uri="536a2c9e-16b2-486a-9077-8daa2f5342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9C0BB-3F11-4ACE-B11C-BCA70CF6C79C}">
  <ds:schemaRefs>
    <ds:schemaRef ds:uri="http://schemas.microsoft.com/sharepoint/v3/contenttype/forms"/>
  </ds:schemaRefs>
</ds:datastoreItem>
</file>

<file path=customXml/itemProps4.xml><?xml version="1.0" encoding="utf-8"?>
<ds:datastoreItem xmlns:ds="http://schemas.openxmlformats.org/officeDocument/2006/customXml" ds:itemID="{7231999C-193B-4CC6-9505-AF5F855EE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1170</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Robi</cp:lastModifiedBy>
  <cp:revision>3</cp:revision>
  <cp:lastPrinted>2026-05-15T10:03:00Z</cp:lastPrinted>
  <dcterms:created xsi:type="dcterms:W3CDTF">2026-06-11T13:00:00Z</dcterms:created>
  <dcterms:modified xsi:type="dcterms:W3CDTF">2026-09-14T06:17:00Z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0x0101004B00506FF567824A8F6A84724FA18BEB</vt:lpwstr>
  </property>
  <property fmtid="{D5CDD505-2E9C-101B-9397-08002B2CF9AE}" pid="3" name="MediaServiceImageTags">
    <vt:lpwstr/>
  </property>
</Properties>
</file>